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BDD5B" w14:textId="77777777" w:rsidR="0047390D" w:rsidRPr="0014527F" w:rsidRDefault="008D68BE" w:rsidP="00A31694">
      <w:pPr>
        <w:jc w:val="center"/>
        <w:rPr>
          <w:b/>
          <w:color w:val="4F81BD" w:themeColor="accent1"/>
          <w:szCs w:val="24"/>
        </w:rPr>
      </w:pPr>
      <w:r w:rsidRPr="00A31694">
        <w:rPr>
          <w:b/>
          <w:color w:val="000000" w:themeColor="text1"/>
          <w:sz w:val="32"/>
          <w:szCs w:val="32"/>
        </w:rPr>
        <w:t>CGJA</w:t>
      </w:r>
      <w:r w:rsidR="00A7162E" w:rsidRPr="00A31694">
        <w:rPr>
          <w:b/>
          <w:color w:val="000000" w:themeColor="text1"/>
          <w:sz w:val="32"/>
          <w:szCs w:val="32"/>
        </w:rPr>
        <w:t>’s</w:t>
      </w:r>
      <w:r w:rsidRPr="00A31694">
        <w:rPr>
          <w:b/>
          <w:color w:val="000000" w:themeColor="text1"/>
          <w:sz w:val="32"/>
          <w:szCs w:val="32"/>
        </w:rPr>
        <w:t xml:space="preserve"> Sample </w:t>
      </w:r>
      <w:r w:rsidR="00A7162E" w:rsidRPr="00A31694">
        <w:rPr>
          <w:b/>
          <w:color w:val="000000" w:themeColor="text1"/>
          <w:sz w:val="32"/>
          <w:szCs w:val="32"/>
        </w:rPr>
        <w:t>Template for Reports</w:t>
      </w:r>
      <w:r w:rsidR="00A31694">
        <w:rPr>
          <w:b/>
          <w:color w:val="000000" w:themeColor="text1"/>
          <w:sz w:val="32"/>
          <w:szCs w:val="32"/>
        </w:rPr>
        <w:br/>
      </w:r>
      <w:r w:rsidR="004B764F">
        <w:rPr>
          <w:b/>
          <w:bCs/>
        </w:rPr>
        <w:br/>
      </w:r>
      <w:r w:rsidR="002E53B9" w:rsidRPr="0014527F">
        <w:rPr>
          <w:color w:val="4F81BD" w:themeColor="accent1"/>
          <w:szCs w:val="24"/>
        </w:rPr>
        <w:t>[</w:t>
      </w:r>
      <w:r w:rsidR="008745CB" w:rsidRPr="0014527F">
        <w:rPr>
          <w:color w:val="4F81BD" w:themeColor="accent1"/>
          <w:szCs w:val="24"/>
        </w:rPr>
        <w:t>Note: De</w:t>
      </w:r>
      <w:r w:rsidR="0002155F" w:rsidRPr="0014527F">
        <w:rPr>
          <w:color w:val="4F81BD" w:themeColor="accent1"/>
          <w:szCs w:val="24"/>
        </w:rPr>
        <w:t xml:space="preserve">lete </w:t>
      </w:r>
      <w:r w:rsidR="00C14DA2" w:rsidRPr="0014527F">
        <w:rPr>
          <w:color w:val="4F81BD" w:themeColor="accent1"/>
          <w:szCs w:val="24"/>
        </w:rPr>
        <w:t xml:space="preserve">the </w:t>
      </w:r>
      <w:r w:rsidR="0002155F" w:rsidRPr="0014527F">
        <w:rPr>
          <w:color w:val="4F81BD" w:themeColor="accent1"/>
          <w:szCs w:val="24"/>
        </w:rPr>
        <w:t>heading above</w:t>
      </w:r>
      <w:r w:rsidR="008745CB" w:rsidRPr="0014527F">
        <w:rPr>
          <w:color w:val="4F81BD" w:themeColor="accent1"/>
          <w:szCs w:val="24"/>
        </w:rPr>
        <w:t xml:space="preserve"> and </w:t>
      </w:r>
      <w:r w:rsidR="0002155F" w:rsidRPr="0014527F">
        <w:rPr>
          <w:color w:val="4F81BD" w:themeColor="accent1"/>
          <w:szCs w:val="24"/>
        </w:rPr>
        <w:t>all bracketed instructions</w:t>
      </w:r>
      <w:r w:rsidR="0014527F" w:rsidRPr="0014527F">
        <w:rPr>
          <w:color w:val="4F81BD" w:themeColor="accent1"/>
          <w:szCs w:val="24"/>
        </w:rPr>
        <w:t xml:space="preserve">, placeholders and blue text </w:t>
      </w:r>
      <w:r w:rsidR="0002155F" w:rsidRPr="0014527F">
        <w:rPr>
          <w:color w:val="4F81BD" w:themeColor="accent1"/>
          <w:szCs w:val="24"/>
        </w:rPr>
        <w:t>before publication</w:t>
      </w:r>
      <w:r w:rsidR="00523913" w:rsidRPr="0014527F">
        <w:rPr>
          <w:color w:val="4F81BD" w:themeColor="accent1"/>
          <w:szCs w:val="24"/>
        </w:rPr>
        <w:t>]</w:t>
      </w:r>
    </w:p>
    <w:p w14:paraId="3117DA6E" w14:textId="77777777" w:rsidR="00776E5F" w:rsidRPr="00C71020" w:rsidRDefault="00776E5F" w:rsidP="00896B1C">
      <w:pPr>
        <w:pStyle w:val="TemplateInstruction"/>
        <w:jc w:val="center"/>
      </w:pPr>
    </w:p>
    <w:p w14:paraId="7B2376CA" w14:textId="77777777" w:rsidR="00622AE6" w:rsidRPr="005E30C1" w:rsidRDefault="00751DBB" w:rsidP="00896B1C">
      <w:pPr>
        <w:pStyle w:val="Subtitle"/>
      </w:pPr>
      <w:r w:rsidRPr="005E30C1">
        <w:t>[20</w:t>
      </w:r>
      <w:r w:rsidR="00EC0FB5" w:rsidRPr="005E30C1">
        <w:t>2</w:t>
      </w:r>
      <w:r w:rsidRPr="005E30C1">
        <w:t>X–20</w:t>
      </w:r>
      <w:r w:rsidR="00EC0FB5" w:rsidRPr="005E30C1">
        <w:t>2</w:t>
      </w:r>
      <w:r w:rsidRPr="005E30C1">
        <w:t xml:space="preserve">X </w:t>
      </w:r>
      <w:r w:rsidR="00EC0FB5" w:rsidRPr="005E30C1">
        <w:t xml:space="preserve">[Name of County] </w:t>
      </w:r>
      <w:r w:rsidRPr="005E30C1">
        <w:t>COUNTY GRAND JURY]</w:t>
      </w:r>
    </w:p>
    <w:p w14:paraId="1A911281" w14:textId="77777777" w:rsidR="00622AE6" w:rsidRPr="005E30C1" w:rsidRDefault="00751DBB" w:rsidP="00896B1C">
      <w:pPr>
        <w:pStyle w:val="Subtitle"/>
      </w:pPr>
      <w:r w:rsidRPr="005E30C1">
        <w:t>[</w:t>
      </w:r>
      <w:r w:rsidR="00596A61" w:rsidRPr="005E30C1">
        <w:t xml:space="preserve">PUBLIC RELEASE </w:t>
      </w:r>
      <w:r w:rsidRPr="005E30C1">
        <w:t>DATE</w:t>
      </w:r>
      <w:r w:rsidR="00596A61" w:rsidRPr="005E30C1">
        <w:t>: Month, Date, Year</w:t>
      </w:r>
      <w:r w:rsidRPr="005E30C1">
        <w:t>]</w:t>
      </w:r>
      <w:r w:rsidR="00A7162E" w:rsidRPr="005E30C1">
        <w:br/>
      </w:r>
    </w:p>
    <w:p w14:paraId="4A7FA0BA" w14:textId="77777777" w:rsidR="00622AE6" w:rsidRDefault="00751DBB" w:rsidP="00C71020">
      <w:pPr>
        <w:pStyle w:val="Title"/>
        <w:pBdr>
          <w:bottom w:val="none" w:sz="0" w:space="0" w:color="auto"/>
        </w:pBdr>
        <w:jc w:val="center"/>
      </w:pPr>
      <w:r w:rsidRPr="005E30C1">
        <w:t>[REPORT TITLE]</w:t>
      </w:r>
    </w:p>
    <w:p w14:paraId="1D45CC73" w14:textId="77777777" w:rsidR="00AD67FC" w:rsidRPr="00AD67FC" w:rsidRDefault="00AD67FC" w:rsidP="00DB0427">
      <w:pPr>
        <w:pStyle w:val="TemplateInstruction"/>
        <w:jc w:val="center"/>
      </w:pPr>
      <w:r>
        <w:t>[</w:t>
      </w:r>
      <w:r w:rsidR="00F6338F">
        <w:t xml:space="preserve">Note: </w:t>
      </w:r>
      <w:r>
        <w:t>Title should include topic and name of entity]</w:t>
      </w:r>
      <w:r w:rsidR="00523E38">
        <w:br/>
      </w:r>
    </w:p>
    <w:p w14:paraId="19C11931" w14:textId="77777777" w:rsidR="008D68BE" w:rsidRDefault="008D68BE" w:rsidP="008D68BE"/>
    <w:p w14:paraId="1FF0363C" w14:textId="77777777" w:rsidR="005C012A" w:rsidRDefault="00751DBB" w:rsidP="00F6338F">
      <w:pPr>
        <w:pStyle w:val="TemplateInstruction"/>
        <w:jc w:val="center"/>
      </w:pPr>
      <w:r w:rsidRPr="00C71020">
        <w:t>[</w:t>
      </w:r>
      <w:r w:rsidR="00F6338F">
        <w:t xml:space="preserve">INSERT </w:t>
      </w:r>
      <w:r w:rsidRPr="00C71020">
        <w:t>OPTIONAL COVER IMAGE</w:t>
      </w:r>
      <w:r w:rsidR="00F6338F">
        <w:t xml:space="preserve"> HERE</w:t>
      </w:r>
      <w:r w:rsidR="005C012A">
        <w:t>]</w:t>
      </w:r>
    </w:p>
    <w:p w14:paraId="5D5D4F92" w14:textId="77777777" w:rsidR="005C012A" w:rsidRDefault="005C012A" w:rsidP="00DB0427">
      <w:pPr>
        <w:pStyle w:val="TemplateInstruction"/>
      </w:pPr>
    </w:p>
    <w:p w14:paraId="5FC28195" w14:textId="77777777" w:rsidR="00D77D9F" w:rsidRDefault="00D77D9F" w:rsidP="00535AEB">
      <w:pPr>
        <w:pStyle w:val="TemplateInstruction"/>
        <w:jc w:val="center"/>
      </w:pPr>
    </w:p>
    <w:p w14:paraId="43F22066" w14:textId="77777777" w:rsidR="002430C0" w:rsidRDefault="002430C0" w:rsidP="00535AEB">
      <w:pPr>
        <w:pStyle w:val="TemplateInstruction"/>
        <w:jc w:val="center"/>
      </w:pPr>
    </w:p>
    <w:p w14:paraId="3AD1B8C7" w14:textId="77777777" w:rsidR="002430C0" w:rsidRDefault="002430C0" w:rsidP="00535AEB">
      <w:pPr>
        <w:pStyle w:val="TemplateInstruction"/>
        <w:jc w:val="center"/>
      </w:pPr>
    </w:p>
    <w:p w14:paraId="1AAA8E53" w14:textId="77777777" w:rsidR="00D77D9F" w:rsidRDefault="00D77D9F" w:rsidP="00535AEB">
      <w:pPr>
        <w:pStyle w:val="TemplateInstruction"/>
        <w:jc w:val="center"/>
      </w:pPr>
    </w:p>
    <w:p w14:paraId="1C22CC70" w14:textId="77777777" w:rsidR="00D77D9F" w:rsidRDefault="00D77D9F" w:rsidP="00535AEB">
      <w:pPr>
        <w:pStyle w:val="TemplateInstruction"/>
        <w:jc w:val="center"/>
      </w:pPr>
    </w:p>
    <w:p w14:paraId="7E09A6B2" w14:textId="77777777" w:rsidR="00535AEB" w:rsidRDefault="00535AEB" w:rsidP="00535AEB">
      <w:pPr>
        <w:pStyle w:val="TemplateInstruction"/>
        <w:jc w:val="center"/>
      </w:pPr>
    </w:p>
    <w:p w14:paraId="534CFBD7" w14:textId="77777777" w:rsidR="006859E7" w:rsidRDefault="006859E7">
      <w:pPr>
        <w:spacing w:after="200" w:line="276" w:lineRule="auto"/>
        <w:rPr>
          <w:rFonts w:cstheme="minorBidi"/>
          <w:i/>
          <w:color w:val="4F81BD" w:themeColor="accent1"/>
        </w:rPr>
      </w:pPr>
      <w:r>
        <w:br w:type="page"/>
      </w:r>
    </w:p>
    <w:p w14:paraId="4B6646A3" w14:textId="77777777" w:rsidR="006859E7" w:rsidRDefault="00535AEB" w:rsidP="006859E7">
      <w:pPr>
        <w:pStyle w:val="TemplateInstruction"/>
      </w:pPr>
      <w:r>
        <w:lastRenderedPageBreak/>
        <w:t>[</w:t>
      </w:r>
      <w:r w:rsidR="00F6338F">
        <w:t xml:space="preserve">Note: </w:t>
      </w:r>
      <w:r w:rsidR="00523E38">
        <w:t xml:space="preserve">To generate a table of contents, click </w:t>
      </w:r>
      <w:r>
        <w:t>References and Table of Contents.]</w:t>
      </w:r>
      <w:bookmarkStart w:id="0" w:name="_Toc238147637"/>
      <w:r w:rsidR="006859E7" w:rsidRPr="00C71020">
        <w:t xml:space="preserve"> </w:t>
      </w:r>
    </w:p>
    <w:p w14:paraId="2DB0CBC2" w14:textId="77777777" w:rsidR="00622AE6" w:rsidRPr="006859E7" w:rsidRDefault="00751DBB" w:rsidP="006859E7">
      <w:pPr>
        <w:pStyle w:val="Heading1"/>
      </w:pPr>
      <w:r w:rsidRPr="00C71020">
        <w:t>SUMMARY</w:t>
      </w:r>
      <w:bookmarkEnd w:id="0"/>
    </w:p>
    <w:p w14:paraId="7285A492" w14:textId="77777777" w:rsidR="00622AE6" w:rsidRDefault="003E4D90">
      <w:pPr>
        <w:pStyle w:val="TemplateInstruction"/>
      </w:pPr>
      <w:r>
        <w:t xml:space="preserve">[Note: </w:t>
      </w:r>
      <w:r w:rsidR="00FE1EDB">
        <w:t>Briefly describe the major issues, findings, and recommendations in one page or less</w:t>
      </w:r>
      <w:r w:rsidR="00855F37">
        <w:t>.]</w:t>
      </w:r>
    </w:p>
    <w:p w14:paraId="0C075FBE" w14:textId="77777777" w:rsidR="00622AE6" w:rsidRPr="00A172E9" w:rsidRDefault="00751DBB">
      <w:pPr>
        <w:rPr>
          <w:iCs/>
        </w:rPr>
      </w:pPr>
      <w:r w:rsidRPr="00C71020">
        <w:rPr>
          <w:iCs/>
        </w:rPr>
        <w:t>[</w:t>
      </w:r>
      <w:r w:rsidR="00810D35">
        <w:rPr>
          <w:iCs/>
        </w:rPr>
        <w:t xml:space="preserve">Highlight and type over this line to </w:t>
      </w:r>
      <w:r w:rsidR="00184133">
        <w:rPr>
          <w:iCs/>
        </w:rPr>
        <w:t>enter</w:t>
      </w:r>
      <w:r w:rsidR="00810D35">
        <w:rPr>
          <w:iCs/>
        </w:rPr>
        <w:t xml:space="preserve"> </w:t>
      </w:r>
      <w:r w:rsidR="00184133">
        <w:rPr>
          <w:iCs/>
        </w:rPr>
        <w:t>the Summary</w:t>
      </w:r>
      <w:r w:rsidRPr="00C71020">
        <w:rPr>
          <w:iCs/>
        </w:rPr>
        <w:t>.]</w:t>
      </w:r>
    </w:p>
    <w:p w14:paraId="11F0A251" w14:textId="77777777" w:rsidR="00622AE6" w:rsidRPr="00C71020" w:rsidRDefault="00751DBB" w:rsidP="00F85492">
      <w:pPr>
        <w:pStyle w:val="Heading1"/>
      </w:pPr>
      <w:bookmarkStart w:id="1" w:name="_Toc238147638"/>
      <w:r w:rsidRPr="00C71020">
        <w:t>GLOSSARY</w:t>
      </w:r>
      <w:bookmarkEnd w:id="1"/>
    </w:p>
    <w:p w14:paraId="578FA9EF" w14:textId="77777777" w:rsidR="00622AE6" w:rsidRDefault="00010035">
      <w:pPr>
        <w:pStyle w:val="TemplateInstruction"/>
      </w:pPr>
      <w:r>
        <w:t>[Note</w:t>
      </w:r>
      <w:r w:rsidR="0002155F">
        <w:t>: Include this optional section</w:t>
      </w:r>
      <w:r w:rsidR="00FE1EDB">
        <w:t xml:space="preserve"> to define terms that may not be familiar to the public. It may be placed here</w:t>
      </w:r>
      <w:r w:rsidR="003350FF">
        <w:t>;</w:t>
      </w:r>
      <w:r w:rsidR="00FE1EDB">
        <w:t xml:space="preserve"> or </w:t>
      </w:r>
      <w:r w:rsidR="003350FF">
        <w:t>cut and paste this section, including the heading, to move it to</w:t>
      </w:r>
      <w:r w:rsidR="00FE1EDB">
        <w:t xml:space="preserve"> the end of the report.</w:t>
      </w:r>
      <w:r>
        <w:t>]</w:t>
      </w:r>
    </w:p>
    <w:p w14:paraId="3D770B9E" w14:textId="77777777" w:rsidR="00513168" w:rsidRPr="008368D5" w:rsidRDefault="00513168" w:rsidP="008368D5">
      <w:pPr>
        <w:pStyle w:val="GlossaryTerm"/>
      </w:pPr>
      <w:r w:rsidRPr="00C71020">
        <w:t xml:space="preserve">[Highlight and type over this line to enter the </w:t>
      </w:r>
      <w:r>
        <w:t xml:space="preserve">first </w:t>
      </w:r>
      <w:r w:rsidRPr="00C71020">
        <w:t>term</w:t>
      </w:r>
      <w:r>
        <w:t xml:space="preserve"> followed by its definition</w:t>
      </w:r>
      <w:r w:rsidRPr="00C71020">
        <w:t>]</w:t>
      </w:r>
    </w:p>
    <w:p w14:paraId="1B05856A" w14:textId="77777777" w:rsidR="00E605D2" w:rsidRDefault="00513168" w:rsidP="008368D5">
      <w:pPr>
        <w:pStyle w:val="GlossaryTerm"/>
      </w:pPr>
      <w:r w:rsidRPr="00C71020">
        <w:t xml:space="preserve">[Highlight and type over this line to enter the </w:t>
      </w:r>
      <w:r>
        <w:t xml:space="preserve">next </w:t>
      </w:r>
      <w:r w:rsidRPr="00C71020">
        <w:t>term</w:t>
      </w:r>
      <w:r w:rsidRPr="001F15D0">
        <w:t xml:space="preserve"> </w:t>
      </w:r>
      <w:r>
        <w:t>followed by its definition</w:t>
      </w:r>
      <w:r w:rsidRPr="00C71020">
        <w:t>]</w:t>
      </w:r>
    </w:p>
    <w:p w14:paraId="3DDC0541" w14:textId="77777777" w:rsidR="008368D5" w:rsidRPr="008F7ECB" w:rsidRDefault="008368D5" w:rsidP="008F7ECB"/>
    <w:p w14:paraId="3CC26EF9" w14:textId="77777777" w:rsidR="00DE1CD3" w:rsidRPr="00DE1CD3" w:rsidRDefault="003350FF" w:rsidP="00DB0427">
      <w:pPr>
        <w:pStyle w:val="TemplateInstruction"/>
      </w:pPr>
      <w:r>
        <w:t xml:space="preserve">[Note: </w:t>
      </w:r>
      <w:r w:rsidR="00DE1CD3">
        <w:t>C</w:t>
      </w:r>
      <w:r>
        <w:t xml:space="preserve">opy and paste </w:t>
      </w:r>
      <w:r w:rsidR="00DE1CD3">
        <w:t>a prior term and definition and type over them for each new entry.]</w:t>
      </w:r>
    </w:p>
    <w:p w14:paraId="0A281091" w14:textId="77777777" w:rsidR="00622AE6" w:rsidRPr="00B43C84" w:rsidRDefault="00751DBB" w:rsidP="00F85492">
      <w:pPr>
        <w:pStyle w:val="Heading1"/>
      </w:pPr>
      <w:bookmarkStart w:id="2" w:name="_Toc238147639"/>
      <w:r w:rsidRPr="00B43C84">
        <w:t>BACKGROUND</w:t>
      </w:r>
      <w:bookmarkEnd w:id="2"/>
    </w:p>
    <w:p w14:paraId="3E103071" w14:textId="77777777" w:rsidR="00622AE6" w:rsidRDefault="00D7361A">
      <w:pPr>
        <w:pStyle w:val="TemplateInstruction"/>
      </w:pPr>
      <w:r>
        <w:t xml:space="preserve">[Note: </w:t>
      </w:r>
      <w:r w:rsidR="00984D02">
        <w:t>Describe why</w:t>
      </w:r>
      <w:r w:rsidR="00751DBB">
        <w:t xml:space="preserve"> the grand jury selected the subject, </w:t>
      </w:r>
      <w:r w:rsidR="00DE1CD3">
        <w:t>why the topic is important and timely</w:t>
      </w:r>
      <w:r w:rsidR="00984D02">
        <w:t>, and provide relevant context</w:t>
      </w:r>
      <w:r w:rsidR="00751DBB">
        <w:t>.</w:t>
      </w:r>
      <w:r>
        <w:t>]</w:t>
      </w:r>
    </w:p>
    <w:p w14:paraId="0E1F2783" w14:textId="77777777" w:rsidR="00622AE6" w:rsidRPr="00A172E9" w:rsidRDefault="00751DBB">
      <w:pPr>
        <w:rPr>
          <w:iCs/>
        </w:rPr>
      </w:pPr>
      <w:r w:rsidRPr="00C71020">
        <w:rPr>
          <w:iCs/>
        </w:rPr>
        <w:t>[</w:t>
      </w:r>
      <w:r w:rsidR="00C704DB">
        <w:rPr>
          <w:iCs/>
        </w:rPr>
        <w:t>Highlight and type over this line to enter B</w:t>
      </w:r>
      <w:r w:rsidR="0000463B">
        <w:rPr>
          <w:iCs/>
        </w:rPr>
        <w:t>a</w:t>
      </w:r>
      <w:r w:rsidR="00C704DB">
        <w:rPr>
          <w:iCs/>
        </w:rPr>
        <w:t>ckground</w:t>
      </w:r>
      <w:r w:rsidRPr="00C71020">
        <w:rPr>
          <w:iCs/>
        </w:rPr>
        <w:t>]</w:t>
      </w:r>
    </w:p>
    <w:p w14:paraId="5C3B7281" w14:textId="77777777" w:rsidR="00622AE6" w:rsidRPr="00F85492" w:rsidRDefault="00751DBB" w:rsidP="00F85492">
      <w:pPr>
        <w:pStyle w:val="Heading1"/>
      </w:pPr>
      <w:bookmarkStart w:id="3" w:name="_Toc238147640"/>
      <w:r w:rsidRPr="00F85492">
        <w:t>METHODOLOGY</w:t>
      </w:r>
      <w:bookmarkEnd w:id="3"/>
    </w:p>
    <w:p w14:paraId="6FA49541" w14:textId="77777777" w:rsidR="00794054" w:rsidRPr="00C71020" w:rsidRDefault="00794054" w:rsidP="00794054">
      <w:pPr>
        <w:pStyle w:val="TemplateInstruction"/>
      </w:pPr>
      <w:r w:rsidRPr="00C71020">
        <w:t>[</w:t>
      </w:r>
      <w:r>
        <w:t xml:space="preserve">Note: </w:t>
      </w:r>
      <w:r w:rsidRPr="00C71020">
        <w:t xml:space="preserve">Briefly describe </w:t>
      </w:r>
      <w:r>
        <w:t>how the investigation was conducted; establish the thoroughness of the investigation. There are two ways to present this information: Using a narrative format or using the three subheadings below. For a narrative, highlight and type over the line immediately below and delete the remainder of this section. For subheadings, proceed as directed under each of the three subheadings.</w:t>
      </w:r>
      <w:r w:rsidRPr="00C71020">
        <w:t>]</w:t>
      </w:r>
    </w:p>
    <w:p w14:paraId="17FEC904" w14:textId="77777777" w:rsidR="005C4019" w:rsidRDefault="005C4019" w:rsidP="00C71020">
      <w:r>
        <w:rPr>
          <w:iCs/>
        </w:rPr>
        <w:t>[Highlight and type over this line to enter Methodology</w:t>
      </w:r>
      <w:r w:rsidR="00514BB1">
        <w:rPr>
          <w:iCs/>
        </w:rPr>
        <w:t>]</w:t>
      </w:r>
    </w:p>
    <w:p w14:paraId="24724F3C" w14:textId="77777777" w:rsidR="00622AE6" w:rsidRDefault="00751DBB">
      <w:pPr>
        <w:pStyle w:val="Heading2"/>
      </w:pPr>
      <w:bookmarkStart w:id="4" w:name="_Toc238147641"/>
      <w:r>
        <w:rPr>
          <w:rFonts w:ascii="Arial" w:hAnsi="Arial"/>
        </w:rPr>
        <w:t>Documents</w:t>
      </w:r>
      <w:bookmarkEnd w:id="4"/>
    </w:p>
    <w:p w14:paraId="50566DCA" w14:textId="77777777" w:rsidR="00622AE6" w:rsidRPr="00B43C84" w:rsidRDefault="00751DBB" w:rsidP="00896B1C">
      <w:pPr>
        <w:pStyle w:val="TemplateInstruction"/>
      </w:pPr>
      <w:r w:rsidRPr="00B43C84">
        <w:t>[</w:t>
      </w:r>
      <w:r w:rsidR="0080227A" w:rsidRPr="00B43C84">
        <w:t xml:space="preserve">Note: List or describe key </w:t>
      </w:r>
      <w:r w:rsidRPr="00B43C84">
        <w:t xml:space="preserve">documents reviewed. </w:t>
      </w:r>
      <w:r w:rsidR="005138F4" w:rsidRPr="00B43C84">
        <w:t xml:space="preserve">Additional bullets will be added when you </w:t>
      </w:r>
      <w:r w:rsidR="00BA7408" w:rsidRPr="00B43C84">
        <w:t>hit return or enter</w:t>
      </w:r>
      <w:r w:rsidRPr="00B43C84">
        <w:t>.]</w:t>
      </w:r>
    </w:p>
    <w:p w14:paraId="1EBEB2AE" w14:textId="77777777" w:rsidR="00622AE6" w:rsidRPr="00302038" w:rsidRDefault="00751DBB">
      <w:pPr>
        <w:pStyle w:val="ListBullet"/>
        <w:rPr>
          <w:iCs/>
        </w:rPr>
      </w:pPr>
      <w:r w:rsidRPr="00C71020">
        <w:rPr>
          <w:iCs/>
        </w:rPr>
        <w:t>[</w:t>
      </w:r>
      <w:r w:rsidR="00CD7F0A">
        <w:rPr>
          <w:iCs/>
        </w:rPr>
        <w:t xml:space="preserve">Highlight and type over </w:t>
      </w:r>
      <w:r w:rsidR="008B5591">
        <w:rPr>
          <w:iCs/>
        </w:rPr>
        <w:t xml:space="preserve">this line </w:t>
      </w:r>
      <w:r w:rsidR="00CD7F0A">
        <w:rPr>
          <w:iCs/>
        </w:rPr>
        <w:t xml:space="preserve">to enter document </w:t>
      </w:r>
      <w:r w:rsidRPr="00C71020">
        <w:rPr>
          <w:iCs/>
        </w:rPr>
        <w:t>title, agency, date</w:t>
      </w:r>
      <w:r w:rsidR="009D7954">
        <w:rPr>
          <w:iCs/>
        </w:rPr>
        <w:t xml:space="preserve"> here</w:t>
      </w:r>
      <w:r w:rsidRPr="00C71020">
        <w:rPr>
          <w:iCs/>
        </w:rPr>
        <w:t>]</w:t>
      </w:r>
    </w:p>
    <w:p w14:paraId="14D97DF4" w14:textId="77777777" w:rsidR="00CD7F0A" w:rsidRPr="00302038" w:rsidRDefault="00CD7F0A" w:rsidP="00CD7F0A">
      <w:pPr>
        <w:pStyle w:val="ListBullet"/>
        <w:rPr>
          <w:iCs/>
        </w:rPr>
      </w:pPr>
      <w:r w:rsidRPr="00453AEE">
        <w:rPr>
          <w:iCs/>
        </w:rPr>
        <w:t>[</w:t>
      </w:r>
      <w:r>
        <w:rPr>
          <w:iCs/>
        </w:rPr>
        <w:t xml:space="preserve">Highlight and type over </w:t>
      </w:r>
      <w:r w:rsidR="00A97B04">
        <w:rPr>
          <w:iCs/>
        </w:rPr>
        <w:t xml:space="preserve">this line </w:t>
      </w:r>
      <w:r>
        <w:rPr>
          <w:iCs/>
        </w:rPr>
        <w:t xml:space="preserve">to enter document </w:t>
      </w:r>
      <w:r w:rsidRPr="00453AEE">
        <w:rPr>
          <w:iCs/>
        </w:rPr>
        <w:t>title, agency, date</w:t>
      </w:r>
      <w:r>
        <w:rPr>
          <w:iCs/>
        </w:rPr>
        <w:t xml:space="preserve"> here</w:t>
      </w:r>
      <w:r w:rsidRPr="00453AEE">
        <w:rPr>
          <w:iCs/>
        </w:rPr>
        <w:t>]</w:t>
      </w:r>
    </w:p>
    <w:p w14:paraId="76C1AAB7" w14:textId="77777777" w:rsidR="00CD7F0A" w:rsidRPr="00302038" w:rsidRDefault="00CD7F0A" w:rsidP="00CD7F0A">
      <w:pPr>
        <w:pStyle w:val="ListBullet"/>
        <w:rPr>
          <w:iCs/>
        </w:rPr>
      </w:pPr>
      <w:r w:rsidRPr="00453AEE">
        <w:rPr>
          <w:iCs/>
        </w:rPr>
        <w:lastRenderedPageBreak/>
        <w:t>[</w:t>
      </w:r>
      <w:r>
        <w:rPr>
          <w:iCs/>
        </w:rPr>
        <w:t xml:space="preserve">Highlight and type over </w:t>
      </w:r>
      <w:r w:rsidR="00A97B04">
        <w:rPr>
          <w:iCs/>
        </w:rPr>
        <w:t xml:space="preserve">this line </w:t>
      </w:r>
      <w:r>
        <w:rPr>
          <w:iCs/>
        </w:rPr>
        <w:t xml:space="preserve">to enter document </w:t>
      </w:r>
      <w:r w:rsidRPr="00453AEE">
        <w:rPr>
          <w:iCs/>
        </w:rPr>
        <w:t>title, agency, date</w:t>
      </w:r>
      <w:r>
        <w:rPr>
          <w:iCs/>
        </w:rPr>
        <w:t xml:space="preserve"> here</w:t>
      </w:r>
      <w:r w:rsidRPr="00453AEE">
        <w:rPr>
          <w:iCs/>
        </w:rPr>
        <w:t>]</w:t>
      </w:r>
    </w:p>
    <w:p w14:paraId="7EBF2DB5" w14:textId="77777777" w:rsidR="008B70CF" w:rsidRPr="00DB0427" w:rsidRDefault="00751DBB" w:rsidP="008B70CF">
      <w:pPr>
        <w:pStyle w:val="Heading2"/>
        <w:rPr>
          <w:rFonts w:ascii="Arial" w:hAnsi="Arial"/>
        </w:rPr>
      </w:pPr>
      <w:bookmarkStart w:id="5" w:name="_Toc238147642"/>
      <w:r>
        <w:rPr>
          <w:rFonts w:ascii="Arial" w:hAnsi="Arial"/>
        </w:rPr>
        <w:t xml:space="preserve">Site </w:t>
      </w:r>
      <w:bookmarkEnd w:id="5"/>
      <w:r w:rsidR="00504E4B">
        <w:rPr>
          <w:rFonts w:ascii="Arial" w:hAnsi="Arial"/>
        </w:rPr>
        <w:t>Visits</w:t>
      </w:r>
    </w:p>
    <w:p w14:paraId="07496315" w14:textId="77777777" w:rsidR="00622AE6" w:rsidRPr="00302038" w:rsidRDefault="00751DBB">
      <w:pPr>
        <w:rPr>
          <w:iCs/>
        </w:rPr>
      </w:pPr>
      <w:r w:rsidRPr="00C71020">
        <w:rPr>
          <w:iCs/>
        </w:rPr>
        <w:t>[</w:t>
      </w:r>
      <w:r w:rsidR="00A97B04">
        <w:rPr>
          <w:iCs/>
        </w:rPr>
        <w:t xml:space="preserve">Highlight and type over this line to enter </w:t>
      </w:r>
      <w:r w:rsidRPr="00C71020">
        <w:rPr>
          <w:iCs/>
        </w:rPr>
        <w:t>site visits</w:t>
      </w:r>
      <w:r w:rsidR="00E92F0E">
        <w:rPr>
          <w:iCs/>
        </w:rPr>
        <w:t xml:space="preserve">, </w:t>
      </w:r>
      <w:r w:rsidR="008B70CF">
        <w:rPr>
          <w:iCs/>
        </w:rPr>
        <w:t>public meetings</w:t>
      </w:r>
      <w:r w:rsidRPr="00C71020">
        <w:rPr>
          <w:iCs/>
        </w:rPr>
        <w:t xml:space="preserve">, dates, and locations </w:t>
      </w:r>
      <w:r w:rsidR="00F420C6" w:rsidRPr="00C71020">
        <w:rPr>
          <w:iCs/>
        </w:rPr>
        <w:t>here</w:t>
      </w:r>
      <w:r w:rsidRPr="00C71020">
        <w:rPr>
          <w:iCs/>
        </w:rPr>
        <w:t>]</w:t>
      </w:r>
    </w:p>
    <w:p w14:paraId="256AC684" w14:textId="77777777" w:rsidR="00622AE6" w:rsidRDefault="00751DBB">
      <w:pPr>
        <w:pStyle w:val="Heading2"/>
      </w:pPr>
      <w:bookmarkStart w:id="6" w:name="_Toc238147643"/>
      <w:r>
        <w:rPr>
          <w:rFonts w:ascii="Arial" w:hAnsi="Arial"/>
        </w:rPr>
        <w:t>Interviews</w:t>
      </w:r>
      <w:bookmarkEnd w:id="6"/>
    </w:p>
    <w:p w14:paraId="0C4E7E0A" w14:textId="77777777" w:rsidR="009C5E57" w:rsidRDefault="009C5E57" w:rsidP="009C5E57">
      <w:pPr>
        <w:pStyle w:val="Heading2"/>
      </w:pPr>
      <w:r>
        <w:rPr>
          <w:rFonts w:ascii="Arial" w:hAnsi="Arial"/>
        </w:rPr>
        <w:t>Interviews</w:t>
      </w:r>
    </w:p>
    <w:p w14:paraId="3A45EF12" w14:textId="77777777" w:rsidR="009C5E57" w:rsidRDefault="009C5E57" w:rsidP="009C5E57">
      <w:pPr>
        <w:pStyle w:val="TemplateInstruction"/>
        <w:rPr>
          <w:iCs/>
        </w:rPr>
      </w:pPr>
      <w:r w:rsidRPr="00C350BA">
        <w:t>[</w:t>
      </w:r>
      <w:r>
        <w:t>Note: Describe number of interviews and/or persons interviewed without identifying interviewees by name or job title. This description may note that Penal Code section 929 prohibits naming in a report any person who provides information to the jury or including facts leading to the identity of any such person.]</w:t>
      </w:r>
    </w:p>
    <w:p w14:paraId="27F14A2D" w14:textId="77777777" w:rsidR="00622AE6" w:rsidRPr="00441222" w:rsidRDefault="00751DBB">
      <w:pPr>
        <w:rPr>
          <w:iCs/>
        </w:rPr>
      </w:pPr>
      <w:r w:rsidRPr="00C71020">
        <w:rPr>
          <w:iCs/>
        </w:rPr>
        <w:t>[</w:t>
      </w:r>
      <w:r w:rsidR="00A97B04">
        <w:rPr>
          <w:iCs/>
        </w:rPr>
        <w:t xml:space="preserve">Highlight and type over this line to enter </w:t>
      </w:r>
      <w:r w:rsidR="008F03E6">
        <w:rPr>
          <w:iCs/>
        </w:rPr>
        <w:t xml:space="preserve">description of </w:t>
      </w:r>
      <w:r w:rsidRPr="00C71020">
        <w:rPr>
          <w:iCs/>
        </w:rPr>
        <w:t>categories of persons interviewed]</w:t>
      </w:r>
    </w:p>
    <w:p w14:paraId="6EB76282" w14:textId="77777777" w:rsidR="00622AE6" w:rsidRPr="00B43C84" w:rsidRDefault="00751DBB" w:rsidP="00F85492">
      <w:pPr>
        <w:pStyle w:val="Heading1"/>
      </w:pPr>
      <w:bookmarkStart w:id="7" w:name="_Toc238147644"/>
      <w:r w:rsidRPr="00B43C84">
        <w:t>DISCUSSION</w:t>
      </w:r>
      <w:bookmarkEnd w:id="7"/>
    </w:p>
    <w:p w14:paraId="0C4AFDFB" w14:textId="77777777" w:rsidR="006C04A1" w:rsidRDefault="006C04A1" w:rsidP="006C04A1">
      <w:pPr>
        <w:pStyle w:val="TemplateInstruction"/>
      </w:pPr>
      <w:bookmarkStart w:id="8" w:name="_Toc238147645"/>
      <w:r>
        <w:t>[Note: Persuasively describe the verified information (facts) learned during the investigation relevant to the findings and recommendations. When inserting headings and subheadings, use Heading 2 for each major discussion topic and Heading 3 for each subordinate topic. Do not skip headings, such as jumping directly from Heading 1 to Heading 3.]</w:t>
      </w:r>
    </w:p>
    <w:bookmarkEnd w:id="8"/>
    <w:p w14:paraId="33FE3743" w14:textId="77777777" w:rsidR="005A3FAF" w:rsidRPr="00B43C84" w:rsidRDefault="005A3FAF" w:rsidP="005A3FAF">
      <w:pPr>
        <w:pStyle w:val="Heading2"/>
      </w:pPr>
      <w:r w:rsidRPr="00896B1C">
        <w:t>[Major Discussion Topic Heading</w:t>
      </w:r>
      <w:r>
        <w:t xml:space="preserve"> (Heading 2)</w:t>
      </w:r>
      <w:r w:rsidRPr="00896B1C">
        <w:t>]</w:t>
      </w:r>
    </w:p>
    <w:p w14:paraId="3A9ADE35" w14:textId="77777777" w:rsidR="00622AE6" w:rsidRDefault="00751DBB">
      <w:pPr>
        <w:rPr>
          <w:iCs/>
        </w:rPr>
      </w:pPr>
      <w:r w:rsidRPr="00C71020">
        <w:rPr>
          <w:iCs/>
        </w:rPr>
        <w:t>[</w:t>
      </w:r>
      <w:r w:rsidR="00E91401">
        <w:rPr>
          <w:iCs/>
        </w:rPr>
        <w:t xml:space="preserve">Highlight and type over this line </w:t>
      </w:r>
      <w:r w:rsidR="00D90D85">
        <w:rPr>
          <w:iCs/>
        </w:rPr>
        <w:t xml:space="preserve">to enter </w:t>
      </w:r>
      <w:r w:rsidRPr="00C71020">
        <w:rPr>
          <w:iCs/>
        </w:rPr>
        <w:t>discussion text</w:t>
      </w:r>
      <w:r w:rsidR="00202423">
        <w:rPr>
          <w:iCs/>
        </w:rPr>
        <w:t xml:space="preserve"> here</w:t>
      </w:r>
      <w:r w:rsidRPr="00C71020">
        <w:rPr>
          <w:iCs/>
        </w:rPr>
        <w:t>]</w:t>
      </w:r>
    </w:p>
    <w:p w14:paraId="624B5B10" w14:textId="77777777" w:rsidR="0069727D" w:rsidRPr="00202423" w:rsidRDefault="0069727D" w:rsidP="0069727D">
      <w:pPr>
        <w:pStyle w:val="TemplateInstruction"/>
      </w:pPr>
      <w:r>
        <w:t>[Note: Copy and paste the Major Discussion Topic Heading above and the bracketed line of text that is immediately below that Heading, then type over them for each new Major Discussion Topic.]</w:t>
      </w:r>
    </w:p>
    <w:p w14:paraId="7FF15D69" w14:textId="77777777" w:rsidR="006F7932" w:rsidRPr="00360E6D" w:rsidRDefault="006F7932" w:rsidP="006F7932">
      <w:pPr>
        <w:pStyle w:val="Heading3"/>
      </w:pPr>
      <w:bookmarkStart w:id="9" w:name="_Toc238147646"/>
      <w:r w:rsidRPr="00360E6D">
        <w:t xml:space="preserve">[Subtopic </w:t>
      </w:r>
      <w:r>
        <w:t>H</w:t>
      </w:r>
      <w:r w:rsidRPr="00360E6D">
        <w:t>eading, as appropriate (Heading 3)]</w:t>
      </w:r>
      <w:bookmarkEnd w:id="9"/>
    </w:p>
    <w:p w14:paraId="699974DC" w14:textId="77777777" w:rsidR="00D90D85" w:rsidRDefault="00751DBB" w:rsidP="00D90D85">
      <w:pPr>
        <w:rPr>
          <w:iCs/>
        </w:rPr>
      </w:pPr>
      <w:r w:rsidRPr="00C71020">
        <w:rPr>
          <w:iCs/>
        </w:rPr>
        <w:t>[</w:t>
      </w:r>
      <w:r w:rsidR="00D90D85">
        <w:rPr>
          <w:iCs/>
        </w:rPr>
        <w:t xml:space="preserve">Highlight and type over this line to enter subtopic </w:t>
      </w:r>
      <w:r w:rsidR="00D90D85" w:rsidRPr="00453AEE">
        <w:rPr>
          <w:iCs/>
        </w:rPr>
        <w:t>discussion text</w:t>
      </w:r>
      <w:r w:rsidR="00D90D85">
        <w:rPr>
          <w:iCs/>
        </w:rPr>
        <w:t xml:space="preserve"> here</w:t>
      </w:r>
      <w:r w:rsidR="00D90D85" w:rsidRPr="00453AEE">
        <w:rPr>
          <w:iCs/>
        </w:rPr>
        <w:t>]</w:t>
      </w:r>
    </w:p>
    <w:p w14:paraId="3F251588" w14:textId="77777777" w:rsidR="0069727D" w:rsidRDefault="00A97D6E" w:rsidP="00A97D6E">
      <w:pPr>
        <w:pStyle w:val="TemplateInstruction"/>
      </w:pPr>
      <w:r>
        <w:t>[Note: Copy and paste the Subtopic Heading above and the bracketed line of text that is immediately below that Subheading, then type over them for each new Subtopic.]</w:t>
      </w:r>
    </w:p>
    <w:p w14:paraId="0CB7D4AE" w14:textId="77777777" w:rsidR="00A97D6E" w:rsidRPr="00A97D6E" w:rsidRDefault="00A97D6E" w:rsidP="00A97D6E">
      <w:pPr>
        <w:pStyle w:val="TemplateInstruction"/>
      </w:pPr>
    </w:p>
    <w:p w14:paraId="0366DBA0" w14:textId="77777777" w:rsidR="00622AE6" w:rsidRDefault="00751DBB">
      <w:pPr>
        <w:pStyle w:val="Heading3"/>
      </w:pPr>
      <w:bookmarkStart w:id="10" w:name="_Toc238147647"/>
      <w:r>
        <w:lastRenderedPageBreak/>
        <w:t>[Optional Table]</w:t>
      </w:r>
      <w:bookmarkEnd w:id="10"/>
    </w:p>
    <w:tbl>
      <w:tblPr>
        <w:tblStyle w:val="TableGrid"/>
        <w:tblW w:w="0" w:type="auto"/>
        <w:jc w:val="center"/>
        <w:tblLook w:val="04A0" w:firstRow="1" w:lastRow="0" w:firstColumn="1" w:lastColumn="0" w:noHBand="0" w:noVBand="1"/>
      </w:tblPr>
      <w:tblGrid>
        <w:gridCol w:w="3260"/>
        <w:gridCol w:w="3261"/>
        <w:gridCol w:w="3261"/>
      </w:tblGrid>
      <w:tr w:rsidR="00622AE6" w14:paraId="4ACAB9C7" w14:textId="77777777" w:rsidTr="00C71020">
        <w:trPr>
          <w:tblHeader/>
          <w:jc w:val="center"/>
        </w:trPr>
        <w:tc>
          <w:tcPr>
            <w:tcW w:w="3260" w:type="dxa"/>
            <w:vAlign w:val="center"/>
          </w:tcPr>
          <w:p w14:paraId="1C043662" w14:textId="77777777" w:rsidR="00622AE6" w:rsidRDefault="00751DBB">
            <w:r>
              <w:rPr>
                <w:b/>
                <w:sz w:val="22"/>
              </w:rPr>
              <w:t>Column 1</w:t>
            </w:r>
          </w:p>
        </w:tc>
        <w:tc>
          <w:tcPr>
            <w:tcW w:w="3261" w:type="dxa"/>
            <w:vAlign w:val="center"/>
          </w:tcPr>
          <w:p w14:paraId="68A71C59" w14:textId="77777777" w:rsidR="00622AE6" w:rsidRDefault="00751DBB">
            <w:r>
              <w:rPr>
                <w:b/>
                <w:sz w:val="22"/>
              </w:rPr>
              <w:t>Column 2</w:t>
            </w:r>
          </w:p>
        </w:tc>
        <w:tc>
          <w:tcPr>
            <w:tcW w:w="3261" w:type="dxa"/>
            <w:vAlign w:val="center"/>
          </w:tcPr>
          <w:p w14:paraId="6DF77EDC" w14:textId="77777777" w:rsidR="00622AE6" w:rsidRDefault="00751DBB">
            <w:r>
              <w:rPr>
                <w:b/>
                <w:sz w:val="22"/>
              </w:rPr>
              <w:t>Column 3</w:t>
            </w:r>
          </w:p>
        </w:tc>
      </w:tr>
      <w:tr w:rsidR="00622AE6" w14:paraId="1933EBA0" w14:textId="77777777" w:rsidTr="00C71020">
        <w:trPr>
          <w:jc w:val="center"/>
        </w:trPr>
        <w:tc>
          <w:tcPr>
            <w:tcW w:w="3260" w:type="dxa"/>
          </w:tcPr>
          <w:p w14:paraId="5E45EADF" w14:textId="77777777" w:rsidR="00622AE6" w:rsidRDefault="00751DBB">
            <w:r>
              <w:rPr>
                <w:sz w:val="22"/>
              </w:rPr>
              <w:t>[Value]</w:t>
            </w:r>
          </w:p>
        </w:tc>
        <w:tc>
          <w:tcPr>
            <w:tcW w:w="3261" w:type="dxa"/>
          </w:tcPr>
          <w:p w14:paraId="3B505636" w14:textId="77777777" w:rsidR="00622AE6" w:rsidRDefault="00751DBB">
            <w:r>
              <w:rPr>
                <w:sz w:val="22"/>
              </w:rPr>
              <w:t>[Value]</w:t>
            </w:r>
          </w:p>
        </w:tc>
        <w:tc>
          <w:tcPr>
            <w:tcW w:w="3261" w:type="dxa"/>
          </w:tcPr>
          <w:p w14:paraId="1408305C" w14:textId="77777777" w:rsidR="00622AE6" w:rsidRDefault="00751DBB">
            <w:r>
              <w:rPr>
                <w:sz w:val="22"/>
              </w:rPr>
              <w:t>[Value]</w:t>
            </w:r>
          </w:p>
        </w:tc>
      </w:tr>
      <w:tr w:rsidR="00B94E72" w14:paraId="471AF333" w14:textId="77777777" w:rsidTr="00C71020">
        <w:trPr>
          <w:jc w:val="center"/>
        </w:trPr>
        <w:tc>
          <w:tcPr>
            <w:tcW w:w="3260" w:type="dxa"/>
          </w:tcPr>
          <w:p w14:paraId="77E3276C" w14:textId="77777777" w:rsidR="00B94E72" w:rsidRDefault="00B94E72" w:rsidP="00B94E72">
            <w:pPr>
              <w:rPr>
                <w:sz w:val="22"/>
              </w:rPr>
            </w:pPr>
            <w:r>
              <w:rPr>
                <w:sz w:val="22"/>
              </w:rPr>
              <w:t>[Value]</w:t>
            </w:r>
          </w:p>
        </w:tc>
        <w:tc>
          <w:tcPr>
            <w:tcW w:w="3261" w:type="dxa"/>
          </w:tcPr>
          <w:p w14:paraId="606C5351" w14:textId="77777777" w:rsidR="00B94E72" w:rsidRDefault="00B94E72" w:rsidP="00B94E72">
            <w:pPr>
              <w:rPr>
                <w:sz w:val="22"/>
              </w:rPr>
            </w:pPr>
            <w:r>
              <w:rPr>
                <w:sz w:val="22"/>
              </w:rPr>
              <w:t>[Value]</w:t>
            </w:r>
          </w:p>
        </w:tc>
        <w:tc>
          <w:tcPr>
            <w:tcW w:w="3261" w:type="dxa"/>
          </w:tcPr>
          <w:p w14:paraId="36C538A5" w14:textId="77777777" w:rsidR="00B94E72" w:rsidRDefault="00B94E72" w:rsidP="00B94E72">
            <w:pPr>
              <w:rPr>
                <w:sz w:val="22"/>
              </w:rPr>
            </w:pPr>
            <w:r>
              <w:rPr>
                <w:sz w:val="22"/>
              </w:rPr>
              <w:t>[Value]</w:t>
            </w:r>
          </w:p>
        </w:tc>
      </w:tr>
    </w:tbl>
    <w:p w14:paraId="6FF0BC86" w14:textId="77777777" w:rsidR="00622AE6" w:rsidRPr="00896B1C" w:rsidRDefault="00FD412B">
      <w:pPr>
        <w:pStyle w:val="TableNote"/>
      </w:pPr>
      <w:r w:rsidRPr="00896B1C">
        <w:t>[</w:t>
      </w:r>
      <w:r w:rsidR="004E6C93" w:rsidRPr="00896B1C">
        <w:t xml:space="preserve">Highlight and type over this line to enter </w:t>
      </w:r>
      <w:r w:rsidRPr="00896B1C">
        <w:t xml:space="preserve">descriptive caption </w:t>
      </w:r>
      <w:r w:rsidR="005E679C" w:rsidRPr="00896B1C">
        <w:t xml:space="preserve">here, with </w:t>
      </w:r>
      <w:r w:rsidR="00751DBB" w:rsidRPr="00896B1C">
        <w:t>source or explanatory note,</w:t>
      </w:r>
      <w:r w:rsidR="005E679C" w:rsidRPr="00896B1C">
        <w:t xml:space="preserve"> as</w:t>
      </w:r>
      <w:r w:rsidR="00751DBB" w:rsidRPr="00896B1C">
        <w:t xml:space="preserve"> applicable.]</w:t>
      </w:r>
    </w:p>
    <w:p w14:paraId="017D4816" w14:textId="77777777" w:rsidR="00622AE6" w:rsidRPr="00EC3539" w:rsidRDefault="00751DBB">
      <w:pPr>
        <w:pStyle w:val="Heading3"/>
      </w:pPr>
      <w:bookmarkStart w:id="11" w:name="_Toc238147648"/>
      <w:r w:rsidRPr="00EC3539">
        <w:t>[Optional / Chart / Photograph]</w:t>
      </w:r>
      <w:bookmarkEnd w:id="11"/>
    </w:p>
    <w:p w14:paraId="3E431A95" w14:textId="77777777" w:rsidR="00622AE6" w:rsidRDefault="00751DBB">
      <w:pPr>
        <w:pStyle w:val="TemplateInstruction"/>
        <w:jc w:val="center"/>
      </w:pPr>
      <w:r>
        <w:t xml:space="preserve">[INSERT </w:t>
      </w:r>
      <w:r w:rsidR="00FD412B">
        <w:t xml:space="preserve">OPTIONAL </w:t>
      </w:r>
      <w:r w:rsidR="00894B73">
        <w:t xml:space="preserve">IMAGE </w:t>
      </w:r>
      <w:r>
        <w:t>HERE]</w:t>
      </w:r>
      <w:r w:rsidR="00894B73">
        <w:tab/>
      </w:r>
    </w:p>
    <w:p w14:paraId="2F5F8E83" w14:textId="77777777" w:rsidR="00622AE6" w:rsidRPr="00EC3539" w:rsidRDefault="00751DBB" w:rsidP="00896B1C">
      <w:pPr>
        <w:pStyle w:val="TableNote"/>
      </w:pPr>
      <w:r w:rsidRPr="00EC3539">
        <w:t xml:space="preserve">Figure [number]. </w:t>
      </w:r>
      <w:r w:rsidR="003B7ACC" w:rsidRPr="00EC3539">
        <w:t>[</w:t>
      </w:r>
      <w:r w:rsidR="00894B73" w:rsidRPr="00EC3539">
        <w:t xml:space="preserve">Highlight and type over this line to enter </w:t>
      </w:r>
      <w:r w:rsidR="003B7ACC" w:rsidRPr="00EC3539">
        <w:t>d</w:t>
      </w:r>
      <w:r w:rsidRPr="00EC3539">
        <w:t>escriptive caption</w:t>
      </w:r>
      <w:r w:rsidR="003B7ACC" w:rsidRPr="00EC3539">
        <w:t xml:space="preserve"> here</w:t>
      </w:r>
      <w:r w:rsidRPr="00EC3539">
        <w:t>]</w:t>
      </w:r>
    </w:p>
    <w:p w14:paraId="7FEB085C" w14:textId="77777777" w:rsidR="00622AE6" w:rsidRPr="00EC3539" w:rsidRDefault="00751DBB" w:rsidP="00F85492">
      <w:pPr>
        <w:pStyle w:val="Heading1"/>
      </w:pPr>
      <w:bookmarkStart w:id="12" w:name="_Toc238147649"/>
      <w:r w:rsidRPr="00EC3539">
        <w:t>FINDINGS</w:t>
      </w:r>
      <w:bookmarkEnd w:id="12"/>
    </w:p>
    <w:p w14:paraId="76ACAA47" w14:textId="77777777" w:rsidR="00622AE6" w:rsidRPr="00EC3539" w:rsidRDefault="00B37A7D">
      <w:pPr>
        <w:pStyle w:val="TemplateInstruction"/>
      </w:pPr>
      <w:r w:rsidRPr="00EC3539">
        <w:t xml:space="preserve">[Note: </w:t>
      </w:r>
      <w:r w:rsidR="00E35FBE">
        <w:t xml:space="preserve">Describe jury conclusions or judgments based on verified facts. </w:t>
      </w:r>
      <w:r w:rsidRPr="00EC3539">
        <w:t xml:space="preserve">Continue adding numbered findings in sequence as needed.] </w:t>
      </w:r>
    </w:p>
    <w:p w14:paraId="590D658B" w14:textId="77777777" w:rsidR="00E35FBE" w:rsidRPr="00EC3539" w:rsidRDefault="00751DBB">
      <w:pPr>
        <w:pStyle w:val="Finding"/>
      </w:pPr>
      <w:r w:rsidRPr="00896B1C">
        <w:t xml:space="preserve">F1. </w:t>
      </w:r>
      <w:r w:rsidRPr="00EC3539">
        <w:t>[</w:t>
      </w:r>
      <w:r w:rsidR="00A85A64" w:rsidRPr="00EC3539">
        <w:t xml:space="preserve">Highlight and type over this line to enter </w:t>
      </w:r>
      <w:r w:rsidR="00A32CEC" w:rsidRPr="00EC3539">
        <w:t xml:space="preserve">first </w:t>
      </w:r>
      <w:r w:rsidRPr="00EC3539">
        <w:t>finding</w:t>
      </w:r>
      <w:r w:rsidR="00A32CEC" w:rsidRPr="00EC3539">
        <w:t xml:space="preserve"> here</w:t>
      </w:r>
      <w:r w:rsidRPr="00EC3539">
        <w:t>]</w:t>
      </w:r>
      <w:r w:rsidR="00C00BEB">
        <w:t xml:space="preserve"> </w:t>
      </w:r>
    </w:p>
    <w:p w14:paraId="71FD7A28" w14:textId="77777777" w:rsidR="00622AE6" w:rsidRPr="00EC3539" w:rsidRDefault="00751DBB">
      <w:pPr>
        <w:pStyle w:val="Finding"/>
      </w:pPr>
      <w:r w:rsidRPr="00896B1C">
        <w:t xml:space="preserve">F2. </w:t>
      </w:r>
      <w:r w:rsidRPr="00EC3539">
        <w:t>[</w:t>
      </w:r>
      <w:r w:rsidR="00A85A64" w:rsidRPr="00EC3539">
        <w:t xml:space="preserve">Highlight and type over this line to enter </w:t>
      </w:r>
      <w:r w:rsidR="00A32CEC" w:rsidRPr="00EC3539">
        <w:t>second</w:t>
      </w:r>
      <w:r w:rsidRPr="00EC3539">
        <w:t xml:space="preserve"> finding</w:t>
      </w:r>
      <w:r w:rsidR="00A32CEC" w:rsidRPr="00EC3539">
        <w:t xml:space="preserve"> here</w:t>
      </w:r>
      <w:r w:rsidRPr="00EC3539">
        <w:t>]</w:t>
      </w:r>
    </w:p>
    <w:p w14:paraId="2444499E" w14:textId="77777777" w:rsidR="00622AE6" w:rsidRPr="00EC3539" w:rsidRDefault="00751DBB">
      <w:pPr>
        <w:pStyle w:val="Finding"/>
      </w:pPr>
      <w:r w:rsidRPr="00896B1C">
        <w:t xml:space="preserve">F3. </w:t>
      </w:r>
      <w:r w:rsidRPr="00EC3539">
        <w:t>[</w:t>
      </w:r>
      <w:r w:rsidR="00A85A64" w:rsidRPr="00EC3539">
        <w:t xml:space="preserve">Highlight and type over this line to enter </w:t>
      </w:r>
      <w:r w:rsidR="00A32CEC" w:rsidRPr="00EC3539">
        <w:t>third</w:t>
      </w:r>
      <w:r w:rsidRPr="00EC3539">
        <w:t xml:space="preserve"> finding</w:t>
      </w:r>
      <w:r w:rsidR="00A32CEC" w:rsidRPr="00EC3539">
        <w:t xml:space="preserve"> here</w:t>
      </w:r>
      <w:r w:rsidRPr="00EC3539">
        <w:t>]</w:t>
      </w:r>
    </w:p>
    <w:p w14:paraId="6AC8FA41" w14:textId="77777777" w:rsidR="00622AE6" w:rsidRPr="00EC3539" w:rsidRDefault="00751DBB" w:rsidP="00F85492">
      <w:pPr>
        <w:pStyle w:val="Heading1"/>
      </w:pPr>
      <w:bookmarkStart w:id="13" w:name="_Toc238147650"/>
      <w:r w:rsidRPr="00EC3539">
        <w:t>RECOMMENDATIONS</w:t>
      </w:r>
      <w:bookmarkEnd w:id="13"/>
    </w:p>
    <w:p w14:paraId="3B3570DF" w14:textId="77777777" w:rsidR="00200A38" w:rsidRDefault="00200A38" w:rsidP="00200A38">
      <w:pPr>
        <w:pStyle w:val="TemplateInstruction"/>
      </w:pPr>
      <w:r>
        <w:t>[Not</w:t>
      </w:r>
      <w:r w:rsidR="00511C69">
        <w:t>e</w:t>
      </w:r>
      <w:r>
        <w:t xml:space="preserve">: </w:t>
      </w:r>
      <w:r w:rsidR="00511C69">
        <w:t xml:space="preserve">State the specific action that should be taken to mitigate or resolve problems described in findings. </w:t>
      </w:r>
      <w:r w:rsidR="006349CE" w:rsidRPr="00C350BA">
        <w:rPr>
          <w:iCs/>
        </w:rPr>
        <w:t>Identify the responsible entity</w:t>
      </w:r>
      <w:r w:rsidR="00511C69">
        <w:rPr>
          <w:iCs/>
        </w:rPr>
        <w:t xml:space="preserve"> (who)</w:t>
      </w:r>
      <w:r w:rsidR="006349CE" w:rsidRPr="00C350BA">
        <w:rPr>
          <w:iCs/>
        </w:rPr>
        <w:t>, the action required</w:t>
      </w:r>
      <w:r w:rsidR="00511C69">
        <w:rPr>
          <w:iCs/>
        </w:rPr>
        <w:t xml:space="preserve"> (what)</w:t>
      </w:r>
      <w:r w:rsidR="006349CE" w:rsidRPr="00C350BA">
        <w:rPr>
          <w:iCs/>
        </w:rPr>
        <w:t>, and the requested completion date</w:t>
      </w:r>
      <w:r w:rsidR="00511C69">
        <w:rPr>
          <w:iCs/>
        </w:rPr>
        <w:t xml:space="preserve"> (when)</w:t>
      </w:r>
      <w:r w:rsidR="006349CE">
        <w:rPr>
          <w:iCs/>
        </w:rPr>
        <w:t xml:space="preserve"> in each recommendation. </w:t>
      </w:r>
      <w:r>
        <w:t>Continue adding numbered</w:t>
      </w:r>
      <w:r w:rsidR="00E54188">
        <w:t xml:space="preserve"> recommendations </w:t>
      </w:r>
      <w:r>
        <w:t xml:space="preserve">in sequence as needed.] </w:t>
      </w:r>
    </w:p>
    <w:p w14:paraId="0C37EC2A" w14:textId="77777777" w:rsidR="00622AE6" w:rsidRDefault="00B945DF">
      <w:r>
        <w:t>The Grand Jury r</w:t>
      </w:r>
      <w:r w:rsidR="00751DBB">
        <w:t>ecommends that:</w:t>
      </w:r>
    </w:p>
    <w:p w14:paraId="586BAFDE" w14:textId="77777777" w:rsidR="00622AE6" w:rsidRPr="009C43C3" w:rsidRDefault="00751DBB" w:rsidP="00511C69">
      <w:pPr>
        <w:pStyle w:val="Recommendation"/>
      </w:pPr>
      <w:r w:rsidRPr="00896B1C">
        <w:t xml:space="preserve">R1. </w:t>
      </w:r>
      <w:r w:rsidRPr="009C43C3">
        <w:t>[</w:t>
      </w:r>
      <w:r w:rsidR="003D07C8" w:rsidRPr="009C43C3">
        <w:t>Highlight and type over this line to enter</w:t>
      </w:r>
      <w:r w:rsidR="003D07C8" w:rsidRPr="00896B1C">
        <w:t xml:space="preserve"> </w:t>
      </w:r>
      <w:r w:rsidR="00200A38" w:rsidRPr="009C43C3">
        <w:t xml:space="preserve">first </w:t>
      </w:r>
      <w:r w:rsidR="00200A38" w:rsidRPr="00511C69">
        <w:t>recommendation</w:t>
      </w:r>
      <w:r w:rsidR="00200A38" w:rsidRPr="009C43C3">
        <w:t xml:space="preserve"> here</w:t>
      </w:r>
      <w:r w:rsidRPr="009C43C3">
        <w:t>]</w:t>
      </w:r>
    </w:p>
    <w:p w14:paraId="3646C2B9" w14:textId="77777777" w:rsidR="00622AE6" w:rsidRPr="009C43C3" w:rsidRDefault="00751DBB">
      <w:pPr>
        <w:pStyle w:val="Recommendation"/>
      </w:pPr>
      <w:r w:rsidRPr="00896B1C">
        <w:t xml:space="preserve">R2. </w:t>
      </w:r>
      <w:r w:rsidRPr="009C43C3">
        <w:t>[</w:t>
      </w:r>
      <w:r w:rsidR="003D07C8" w:rsidRPr="009C43C3">
        <w:t xml:space="preserve">Highlight and type over this line to enter </w:t>
      </w:r>
      <w:r w:rsidR="00023ECE" w:rsidRPr="009C43C3">
        <w:t>second recommendation here</w:t>
      </w:r>
      <w:r w:rsidRPr="009C43C3">
        <w:t>]</w:t>
      </w:r>
    </w:p>
    <w:p w14:paraId="53A8FC56" w14:textId="77777777" w:rsidR="00622AE6" w:rsidRPr="009C43C3" w:rsidRDefault="00751DBB">
      <w:pPr>
        <w:pStyle w:val="Recommendation"/>
      </w:pPr>
      <w:r w:rsidRPr="00896B1C">
        <w:t xml:space="preserve">R3. </w:t>
      </w:r>
      <w:r w:rsidRPr="009C43C3">
        <w:t>[</w:t>
      </w:r>
      <w:r w:rsidR="003D07C8" w:rsidRPr="009C43C3">
        <w:t xml:space="preserve">Highlight and type over this line to enter </w:t>
      </w:r>
      <w:r w:rsidR="00023ECE" w:rsidRPr="009C43C3">
        <w:t>third recommendation here</w:t>
      </w:r>
      <w:r w:rsidRPr="009C43C3">
        <w:t>]</w:t>
      </w:r>
    </w:p>
    <w:p w14:paraId="14E553E0" w14:textId="77777777" w:rsidR="00622AE6" w:rsidRPr="009C43C3" w:rsidRDefault="00751DBB" w:rsidP="00F85492">
      <w:pPr>
        <w:pStyle w:val="Heading1"/>
      </w:pPr>
      <w:bookmarkStart w:id="14" w:name="_Toc238147651"/>
      <w:r w:rsidRPr="009C43C3">
        <w:t>REQUIRED RESPONSES</w:t>
      </w:r>
      <w:bookmarkEnd w:id="14"/>
    </w:p>
    <w:p w14:paraId="3CCF69AE" w14:textId="77777777" w:rsidR="00622AE6" w:rsidRPr="009C43C3" w:rsidRDefault="002A4A5B">
      <w:pPr>
        <w:pStyle w:val="TemplateInstruction"/>
      </w:pPr>
      <w:r w:rsidRPr="009C43C3">
        <w:t xml:space="preserve">[Note: </w:t>
      </w:r>
      <w:r w:rsidR="000608F7" w:rsidRPr="009C43C3">
        <w:t>Bullets will be added automatically when you hit return or enter.</w:t>
      </w:r>
      <w:r w:rsidR="004375CB" w:rsidRPr="009C43C3">
        <w:t>]</w:t>
      </w:r>
    </w:p>
    <w:p w14:paraId="7C15FF9D" w14:textId="77777777" w:rsidR="00622AE6" w:rsidRPr="009C43C3" w:rsidRDefault="00751DBB">
      <w:r w:rsidRPr="009C43C3">
        <w:t>Pursuant to Penal Code section</w:t>
      </w:r>
      <w:r w:rsidR="004C6BE9" w:rsidRPr="009C43C3">
        <w:t>s 933 and</w:t>
      </w:r>
      <w:r w:rsidRPr="009C43C3">
        <w:t xml:space="preserve"> 933.05, the following response</w:t>
      </w:r>
      <w:r w:rsidR="004C6BE9" w:rsidRPr="009C43C3">
        <w:t xml:space="preserve">s are </w:t>
      </w:r>
      <w:r w:rsidRPr="009C43C3">
        <w:t>required:</w:t>
      </w:r>
    </w:p>
    <w:p w14:paraId="72FC2E35" w14:textId="77777777" w:rsidR="000608F7" w:rsidRPr="009C43C3" w:rsidRDefault="000608F7">
      <w:r w:rsidRPr="009C43C3">
        <w:t>From the following elected county officials within 60 days</w:t>
      </w:r>
      <w:r w:rsidR="00C44101" w:rsidRPr="009C43C3">
        <w:t xml:space="preserve"> of the </w:t>
      </w:r>
      <w:r w:rsidR="0066631C">
        <w:t>public release</w:t>
      </w:r>
      <w:r w:rsidR="0066631C" w:rsidRPr="009C43C3">
        <w:t xml:space="preserve"> </w:t>
      </w:r>
      <w:r w:rsidR="00C44101" w:rsidRPr="009C43C3">
        <w:t>of this report</w:t>
      </w:r>
      <w:r w:rsidRPr="009C43C3">
        <w:t>:</w:t>
      </w:r>
    </w:p>
    <w:p w14:paraId="4F8590FA" w14:textId="77777777" w:rsidR="00622AE6" w:rsidRPr="009C43C3" w:rsidRDefault="00751DBB">
      <w:pPr>
        <w:pStyle w:val="ListBullet"/>
      </w:pPr>
      <w:r w:rsidRPr="009C43C3">
        <w:lastRenderedPageBreak/>
        <w:t>[</w:t>
      </w:r>
      <w:r w:rsidR="003A72A6" w:rsidRPr="009C43C3">
        <w:t>Highlight and type over this line to enter</w:t>
      </w:r>
      <w:r w:rsidR="000608F7" w:rsidRPr="009C43C3">
        <w:t xml:space="preserve"> title of </w:t>
      </w:r>
      <w:r w:rsidR="00E37C77">
        <w:t xml:space="preserve">each </w:t>
      </w:r>
      <w:r w:rsidR="000608F7" w:rsidRPr="009C43C3">
        <w:t xml:space="preserve">individual here and list the findings and recommendations (by number) to which </w:t>
      </w:r>
      <w:r w:rsidR="00676B52" w:rsidRPr="009C43C3">
        <w:t xml:space="preserve">the </w:t>
      </w:r>
      <w:r w:rsidR="000608F7" w:rsidRPr="009C43C3">
        <w:t>individual must respond</w:t>
      </w:r>
      <w:r w:rsidR="002E3B7D" w:rsidRPr="009C43C3">
        <w:t>.</w:t>
      </w:r>
      <w:r w:rsidR="00676B52" w:rsidRPr="009C43C3">
        <w:t xml:space="preserve"> A</w:t>
      </w:r>
      <w:r w:rsidR="00762AD2" w:rsidRPr="009C43C3">
        <w:t xml:space="preserve">dd more </w:t>
      </w:r>
      <w:r w:rsidR="00100A53">
        <w:t xml:space="preserve">bullets </w:t>
      </w:r>
      <w:r w:rsidR="00762AD2" w:rsidRPr="009C43C3">
        <w:t>as needed</w:t>
      </w:r>
      <w:r w:rsidR="00100A53">
        <w:t xml:space="preserve"> for additional individuals</w:t>
      </w:r>
      <w:r w:rsidR="00762AD2" w:rsidRPr="009C43C3">
        <w:t>.</w:t>
      </w:r>
      <w:r w:rsidR="002E3B7D" w:rsidRPr="009C43C3">
        <w:t xml:space="preserve">] </w:t>
      </w:r>
    </w:p>
    <w:p w14:paraId="5217AC0C" w14:textId="77777777" w:rsidR="002E3B7D" w:rsidRPr="009C43C3" w:rsidRDefault="002E3B7D" w:rsidP="002E3B7D">
      <w:r w:rsidRPr="009C43C3">
        <w:t xml:space="preserve">From the following governing boards within 90 days of the </w:t>
      </w:r>
      <w:r w:rsidR="0066631C">
        <w:t>public release</w:t>
      </w:r>
      <w:r w:rsidR="0066631C" w:rsidRPr="009C43C3">
        <w:t xml:space="preserve"> </w:t>
      </w:r>
      <w:r w:rsidRPr="009C43C3">
        <w:t>of this report:</w:t>
      </w:r>
    </w:p>
    <w:p w14:paraId="71303168" w14:textId="77777777" w:rsidR="002E3B7D" w:rsidRPr="009C43C3" w:rsidRDefault="002E3B7D">
      <w:pPr>
        <w:pStyle w:val="ListBullet"/>
      </w:pPr>
      <w:r w:rsidRPr="009C43C3">
        <w:t>[</w:t>
      </w:r>
      <w:r w:rsidR="003A72A6" w:rsidRPr="009C43C3">
        <w:t xml:space="preserve">Highlight and type over this line to enter </w:t>
      </w:r>
      <w:r w:rsidR="00E37C77">
        <w:t xml:space="preserve">the </w:t>
      </w:r>
      <w:r w:rsidR="00363AEA" w:rsidRPr="009C43C3">
        <w:t xml:space="preserve">name </w:t>
      </w:r>
      <w:r w:rsidRPr="009C43C3">
        <w:t xml:space="preserve">of </w:t>
      </w:r>
      <w:r w:rsidR="00E37C77">
        <w:t xml:space="preserve">each </w:t>
      </w:r>
      <w:r w:rsidR="00363AEA" w:rsidRPr="009C43C3">
        <w:t xml:space="preserve">governing board </w:t>
      </w:r>
      <w:r w:rsidRPr="009C43C3">
        <w:t xml:space="preserve">here and list the findings and recommendations (by number) to which </w:t>
      </w:r>
      <w:r w:rsidR="00676B52" w:rsidRPr="009C43C3">
        <w:t xml:space="preserve">the </w:t>
      </w:r>
      <w:r w:rsidR="00C44101" w:rsidRPr="009C43C3">
        <w:t xml:space="preserve">governing board </w:t>
      </w:r>
      <w:r w:rsidRPr="009C43C3">
        <w:t>must respond.</w:t>
      </w:r>
      <w:r w:rsidR="00676B52" w:rsidRPr="009C43C3">
        <w:t xml:space="preserve"> Add more </w:t>
      </w:r>
      <w:r w:rsidR="00100A53">
        <w:t xml:space="preserve">bullets </w:t>
      </w:r>
      <w:r w:rsidR="00676B52" w:rsidRPr="009C43C3">
        <w:t>as needed</w:t>
      </w:r>
      <w:r w:rsidR="00100A53">
        <w:t xml:space="preserve"> for additional boards</w:t>
      </w:r>
      <w:r w:rsidR="00676B52" w:rsidRPr="009C43C3">
        <w:t>.</w:t>
      </w:r>
      <w:r w:rsidRPr="009C43C3">
        <w:t>]</w:t>
      </w:r>
    </w:p>
    <w:p w14:paraId="60E455F2" w14:textId="77777777" w:rsidR="00622AE6" w:rsidRPr="009C43C3" w:rsidRDefault="00751DBB" w:rsidP="00F85492">
      <w:pPr>
        <w:pStyle w:val="Heading1"/>
      </w:pPr>
      <w:bookmarkStart w:id="15" w:name="_Toc238147652"/>
      <w:r w:rsidRPr="009C43C3">
        <w:t>INVITED RESPONSES</w:t>
      </w:r>
      <w:bookmarkEnd w:id="15"/>
    </w:p>
    <w:p w14:paraId="32C205CC" w14:textId="77777777" w:rsidR="00C44101" w:rsidRPr="009C43C3" w:rsidRDefault="00C44101" w:rsidP="00C71020">
      <w:pPr>
        <w:pStyle w:val="TemplateInstruction"/>
      </w:pPr>
      <w:r w:rsidRPr="009C43C3">
        <w:t>[Note: Bullets will be added automatically when you hit return or enter]</w:t>
      </w:r>
    </w:p>
    <w:p w14:paraId="586537A1" w14:textId="77777777" w:rsidR="00622AE6" w:rsidRPr="009C43C3" w:rsidRDefault="00751DBB">
      <w:r w:rsidRPr="009C43C3">
        <w:t>The Grand Jury invites the following individual</w:t>
      </w:r>
      <w:r w:rsidR="00DA1D55" w:rsidRPr="009C43C3">
        <w:t xml:space="preserve">s </w:t>
      </w:r>
      <w:r w:rsidR="00A30FF6" w:rsidRPr="009C43C3">
        <w:t xml:space="preserve">and </w:t>
      </w:r>
      <w:r w:rsidR="00DA1D55" w:rsidRPr="009C43C3">
        <w:t xml:space="preserve">entities </w:t>
      </w:r>
      <w:r w:rsidRPr="009C43C3">
        <w:t>to respond:</w:t>
      </w:r>
    </w:p>
    <w:p w14:paraId="3E13F122" w14:textId="77777777" w:rsidR="001A4C9D" w:rsidRPr="009C43C3" w:rsidRDefault="00751DBB">
      <w:pPr>
        <w:pStyle w:val="ListBullet"/>
      </w:pPr>
      <w:r w:rsidRPr="009C43C3">
        <w:t>[</w:t>
      </w:r>
      <w:r w:rsidR="003A72A6" w:rsidRPr="009C43C3">
        <w:t xml:space="preserve">Highlight and type over this line to enter </w:t>
      </w:r>
      <w:r w:rsidR="00363AEA" w:rsidRPr="009C43C3">
        <w:t>title of</w:t>
      </w:r>
      <w:r w:rsidR="00A30FF6" w:rsidRPr="009C43C3">
        <w:t xml:space="preserve"> local government official (other than elected county officials)</w:t>
      </w:r>
      <w:r w:rsidR="0066631C">
        <w:t>;</w:t>
      </w:r>
      <w:r w:rsidR="00A30FF6" w:rsidRPr="009C43C3">
        <w:t xml:space="preserve"> list the findings and recommendations (by number) to which the official is invited to respond</w:t>
      </w:r>
      <w:r w:rsidR="0066631C">
        <w:t>;</w:t>
      </w:r>
      <w:r w:rsidR="001A4C9D" w:rsidRPr="009C43C3">
        <w:t xml:space="preserve"> and </w:t>
      </w:r>
      <w:r w:rsidR="0066631C">
        <w:t xml:space="preserve">state </w:t>
      </w:r>
      <w:r w:rsidR="001A4C9D" w:rsidRPr="009C43C3">
        <w:t xml:space="preserve">the suggested response date (usually </w:t>
      </w:r>
      <w:r w:rsidR="00E37C77">
        <w:t>9</w:t>
      </w:r>
      <w:r w:rsidR="001A4C9D" w:rsidRPr="009C43C3">
        <w:t xml:space="preserve">0 days from the </w:t>
      </w:r>
      <w:r w:rsidR="0066631C">
        <w:t>public release</w:t>
      </w:r>
      <w:r w:rsidR="0066631C" w:rsidRPr="009C43C3">
        <w:t xml:space="preserve"> </w:t>
      </w:r>
      <w:r w:rsidR="001A4C9D" w:rsidRPr="009C43C3">
        <w:t>of the report).</w:t>
      </w:r>
      <w:r w:rsidR="00D10283" w:rsidRPr="009C43C3">
        <w:t xml:space="preserve"> Add more </w:t>
      </w:r>
      <w:r w:rsidR="00100A53">
        <w:t xml:space="preserve">bullets </w:t>
      </w:r>
      <w:r w:rsidR="00D10283" w:rsidRPr="009C43C3">
        <w:t>as needed</w:t>
      </w:r>
      <w:r w:rsidR="00100A53">
        <w:t xml:space="preserve"> for additional invited officials</w:t>
      </w:r>
      <w:r w:rsidR="00D10283" w:rsidRPr="009C43C3">
        <w:t>.]</w:t>
      </w:r>
    </w:p>
    <w:p w14:paraId="1E16706F" w14:textId="77777777" w:rsidR="00622AE6" w:rsidRPr="009C43C3" w:rsidRDefault="001A4C9D">
      <w:pPr>
        <w:pStyle w:val="ListBullet"/>
      </w:pPr>
      <w:r w:rsidRPr="009C43C3">
        <w:t>[</w:t>
      </w:r>
      <w:r w:rsidR="003A72A6" w:rsidRPr="009C43C3">
        <w:t>Highlight and type over this line to enter</w:t>
      </w:r>
      <w:r w:rsidR="003A72A6" w:rsidRPr="00896B1C">
        <w:t xml:space="preserve"> </w:t>
      </w:r>
      <w:r w:rsidRPr="009C43C3">
        <w:t>names of non-governing boards</w:t>
      </w:r>
      <w:r w:rsidR="0066631C">
        <w:t xml:space="preserve">; </w:t>
      </w:r>
      <w:r w:rsidRPr="009C43C3">
        <w:t xml:space="preserve">list the findings and recommendations </w:t>
      </w:r>
      <w:r w:rsidR="0066631C">
        <w:t>(</w:t>
      </w:r>
      <w:r w:rsidRPr="009C43C3">
        <w:t>by number) to which the non-governing board is invited to respond</w:t>
      </w:r>
      <w:r w:rsidR="0066631C">
        <w:t>;</w:t>
      </w:r>
      <w:r w:rsidRPr="009C43C3">
        <w:t xml:space="preserve"> </w:t>
      </w:r>
      <w:r w:rsidR="00D10283" w:rsidRPr="009C43C3">
        <w:t xml:space="preserve">and </w:t>
      </w:r>
      <w:r w:rsidR="0066631C">
        <w:t xml:space="preserve">state </w:t>
      </w:r>
      <w:r w:rsidR="00D10283" w:rsidRPr="009C43C3">
        <w:t xml:space="preserve">the suggested response date </w:t>
      </w:r>
      <w:r w:rsidRPr="009C43C3">
        <w:t xml:space="preserve">(usually 90 days from the </w:t>
      </w:r>
      <w:r w:rsidR="0066631C">
        <w:t xml:space="preserve">public release </w:t>
      </w:r>
      <w:r w:rsidRPr="009C43C3">
        <w:t>of the report</w:t>
      </w:r>
      <w:r w:rsidR="0066631C">
        <w:t>)</w:t>
      </w:r>
      <w:r w:rsidRPr="009C43C3">
        <w:t xml:space="preserve">. Add more </w:t>
      </w:r>
      <w:r w:rsidR="00100A53">
        <w:t xml:space="preserve">bullets </w:t>
      </w:r>
      <w:r w:rsidRPr="009C43C3">
        <w:t>as needed</w:t>
      </w:r>
      <w:r w:rsidR="00100A53">
        <w:t xml:space="preserve"> for additional invited boards</w:t>
      </w:r>
      <w:r w:rsidRPr="009C43C3">
        <w:t>.</w:t>
      </w:r>
      <w:r w:rsidR="00751DBB" w:rsidRPr="009C43C3">
        <w:t>]</w:t>
      </w:r>
    </w:p>
    <w:p w14:paraId="5DE405F3" w14:textId="77777777" w:rsidR="00622AE6" w:rsidRPr="009C43C3" w:rsidRDefault="00751DBB">
      <w:r w:rsidRPr="009C43C3">
        <w:t xml:space="preserve">Responses must be submitted to the presiding judge of the </w:t>
      </w:r>
      <w:r w:rsidR="005D52EC" w:rsidRPr="009C43C3">
        <w:t xml:space="preserve">[COUNTY] </w:t>
      </w:r>
      <w:r w:rsidRPr="009C43C3">
        <w:t xml:space="preserve">Superior Court in accordance with </w:t>
      </w:r>
      <w:r w:rsidR="005D52EC" w:rsidRPr="009C43C3">
        <w:t xml:space="preserve">the provisions of </w:t>
      </w:r>
      <w:r w:rsidRPr="009C43C3">
        <w:t>Penal Code section 933.05</w:t>
      </w:r>
      <w:r w:rsidR="005D52EC" w:rsidRPr="009C43C3">
        <w:t xml:space="preserve">. Responses </w:t>
      </w:r>
      <w:r w:rsidRPr="009C43C3">
        <w:t xml:space="preserve">must include the information required by </w:t>
      </w:r>
      <w:r w:rsidRPr="007B32CC">
        <w:t>section</w:t>
      </w:r>
      <w:r w:rsidR="005D52EC" w:rsidRPr="009C43C3">
        <w:t xml:space="preserve"> 933.05</w:t>
      </w:r>
      <w:r w:rsidRPr="009C43C3">
        <w:t>.</w:t>
      </w:r>
    </w:p>
    <w:p w14:paraId="0FC51AE4" w14:textId="77777777" w:rsidR="00622AE6" w:rsidRPr="009C43C3" w:rsidRDefault="00751DBB">
      <w:pPr>
        <w:pStyle w:val="Heading1"/>
      </w:pPr>
      <w:bookmarkStart w:id="16" w:name="_Toc238147653"/>
      <w:r w:rsidRPr="009C43C3">
        <w:t>BIBLIOGRAPHY</w:t>
      </w:r>
      <w:bookmarkEnd w:id="16"/>
    </w:p>
    <w:p w14:paraId="17A5479D" w14:textId="77777777" w:rsidR="00622AE6" w:rsidRPr="009C43C3" w:rsidRDefault="00B361AC">
      <w:pPr>
        <w:pStyle w:val="TemplateInstruction"/>
      </w:pPr>
      <w:r w:rsidRPr="009C43C3">
        <w:t xml:space="preserve">[Note: </w:t>
      </w:r>
      <w:r w:rsidR="00751DBB" w:rsidRPr="009C43C3">
        <w:t>Include this</w:t>
      </w:r>
      <w:r w:rsidRPr="009C43C3">
        <w:t xml:space="preserve"> optional</w:t>
      </w:r>
      <w:r w:rsidR="00751DBB" w:rsidRPr="009C43C3">
        <w:t xml:space="preserve"> section </w:t>
      </w:r>
      <w:r w:rsidR="00B60E9F">
        <w:t xml:space="preserve">to reference those </w:t>
      </w:r>
      <w:r w:rsidR="00751DBB" w:rsidRPr="009C43C3">
        <w:t xml:space="preserve">books, articles, websites, studies, reports, or other </w:t>
      </w:r>
      <w:r w:rsidR="00B60E9F">
        <w:t>publicly available sourc</w:t>
      </w:r>
      <w:r w:rsidR="00751DBB" w:rsidRPr="009C43C3">
        <w:t xml:space="preserve">es that </w:t>
      </w:r>
      <w:r w:rsidR="00B60E9F">
        <w:t>would be of most interest to the reader</w:t>
      </w:r>
      <w:r w:rsidR="00751DBB" w:rsidRPr="009C43C3">
        <w:t>. If a bibliography is not needed, delete this section.</w:t>
      </w:r>
      <w:r w:rsidRPr="009C43C3">
        <w:t>]</w:t>
      </w:r>
    </w:p>
    <w:p w14:paraId="3AB92103" w14:textId="77777777" w:rsidR="00622AE6" w:rsidRPr="009C43C3" w:rsidRDefault="00751DBB">
      <w:pPr>
        <w:pStyle w:val="ListParagraph"/>
      </w:pPr>
      <w:r w:rsidRPr="009C43C3">
        <w:t>[</w:t>
      </w:r>
      <w:r w:rsidR="001D210A" w:rsidRPr="009C43C3">
        <w:t>Highlight</w:t>
      </w:r>
      <w:r w:rsidR="003B4474" w:rsidRPr="009C43C3">
        <w:t>/</w:t>
      </w:r>
      <w:r w:rsidR="001D210A" w:rsidRPr="009C43C3">
        <w:t xml:space="preserve">type over to </w:t>
      </w:r>
      <w:r w:rsidR="00623CDA" w:rsidRPr="009C43C3">
        <w:t>add</w:t>
      </w:r>
      <w:r w:rsidR="00055F31" w:rsidRPr="009C43C3">
        <w:t xml:space="preserve"> </w:t>
      </w:r>
      <w:r w:rsidRPr="009C43C3">
        <w:t>Author/Organization</w:t>
      </w:r>
      <w:r w:rsidR="00BA0FEC" w:rsidRPr="009C43C3">
        <w:t xml:space="preserve">, </w:t>
      </w:r>
      <w:r w:rsidRPr="009C43C3">
        <w:t>Title</w:t>
      </w:r>
      <w:r w:rsidR="00BA0FEC" w:rsidRPr="009C43C3">
        <w:t xml:space="preserve">, </w:t>
      </w:r>
      <w:r w:rsidRPr="009C43C3">
        <w:t>Publisher</w:t>
      </w:r>
      <w:r w:rsidR="00975820" w:rsidRPr="009C43C3">
        <w:t>/</w:t>
      </w:r>
      <w:r w:rsidRPr="009C43C3">
        <w:t>website, date]</w:t>
      </w:r>
    </w:p>
    <w:p w14:paraId="6B3434CC" w14:textId="77777777" w:rsidR="00623CDA" w:rsidRPr="009C43C3" w:rsidRDefault="00623CDA" w:rsidP="00623CDA">
      <w:pPr>
        <w:pStyle w:val="ListParagraph"/>
      </w:pPr>
      <w:r w:rsidRPr="009C43C3">
        <w:t>[Highlight/type over to add Author/Organization, Title, Publisher/website, date]</w:t>
      </w:r>
    </w:p>
    <w:p w14:paraId="4CDA659A" w14:textId="77777777" w:rsidR="00623CDA" w:rsidRPr="009C43C3" w:rsidRDefault="00623CDA" w:rsidP="00623CDA">
      <w:pPr>
        <w:pStyle w:val="ListParagraph"/>
      </w:pPr>
      <w:r w:rsidRPr="009C43C3">
        <w:t>[Highlight/type over to add Author/Organization, Title, Publisher/website, date]</w:t>
      </w:r>
    </w:p>
    <w:p w14:paraId="7178A992" w14:textId="77777777" w:rsidR="00622AE6" w:rsidRPr="009C43C3" w:rsidRDefault="00751DBB">
      <w:pPr>
        <w:pStyle w:val="Heading1"/>
      </w:pPr>
      <w:bookmarkStart w:id="17" w:name="_Toc238147654"/>
      <w:r w:rsidRPr="009C43C3">
        <w:t>APPENDIX</w:t>
      </w:r>
      <w:bookmarkEnd w:id="17"/>
    </w:p>
    <w:p w14:paraId="3D0E4412" w14:textId="77777777" w:rsidR="00622AE6" w:rsidRPr="009C43C3" w:rsidRDefault="00B361AC">
      <w:pPr>
        <w:pStyle w:val="TemplateInstruction"/>
      </w:pPr>
      <w:r w:rsidRPr="009C43C3">
        <w:t xml:space="preserve">[Note: </w:t>
      </w:r>
      <w:r w:rsidR="00751DBB" w:rsidRPr="009C43C3">
        <w:t xml:space="preserve">Include this </w:t>
      </w:r>
      <w:r w:rsidRPr="009C43C3">
        <w:t xml:space="preserve">optional </w:t>
      </w:r>
      <w:r w:rsidR="00940581">
        <w:t xml:space="preserve">section </w:t>
      </w:r>
      <w:r w:rsidR="00B60E9F">
        <w:t xml:space="preserve">to </w:t>
      </w:r>
      <w:r w:rsidR="00940581">
        <w:t>present verified</w:t>
      </w:r>
      <w:r w:rsidR="00B60E9F">
        <w:t xml:space="preserve"> public domain materials that are referenced in the report but not essential to the text.</w:t>
      </w:r>
      <w:r w:rsidR="00751DBB" w:rsidRPr="009C43C3">
        <w:t xml:space="preserve"> Label multiple appendices as Appendix A, Appendix B, etc. Delete this section if no appendix is needed.</w:t>
      </w:r>
      <w:r w:rsidRPr="009C43C3">
        <w:t>]</w:t>
      </w:r>
    </w:p>
    <w:p w14:paraId="67562E18" w14:textId="77777777" w:rsidR="00622AE6" w:rsidRPr="004D4DFE" w:rsidRDefault="00751DBB">
      <w:pPr>
        <w:pStyle w:val="Heading2"/>
      </w:pPr>
      <w:bookmarkStart w:id="18" w:name="_Toc238147655"/>
      <w:r w:rsidRPr="00896B1C">
        <w:lastRenderedPageBreak/>
        <w:t xml:space="preserve">[Appendix A </w:t>
      </w:r>
      <w:r w:rsidR="005A359E" w:rsidRPr="00896B1C">
        <w:t>(Title)</w:t>
      </w:r>
      <w:r w:rsidRPr="00896B1C">
        <w:t>]</w:t>
      </w:r>
      <w:bookmarkEnd w:id="18"/>
    </w:p>
    <w:p w14:paraId="70333A77" w14:textId="77777777" w:rsidR="00622AE6" w:rsidRPr="00185207" w:rsidRDefault="00623CDA">
      <w:pPr>
        <w:rPr>
          <w:iCs/>
        </w:rPr>
      </w:pPr>
      <w:r w:rsidRPr="003A72A6">
        <w:rPr>
          <w:iCs/>
        </w:rPr>
        <w:t>[</w:t>
      </w:r>
      <w:r w:rsidRPr="00453AEE">
        <w:rPr>
          <w:iCs/>
        </w:rPr>
        <w:t>Highlight and type over this line to enter</w:t>
      </w:r>
      <w:r w:rsidRPr="00453AEE">
        <w:rPr>
          <w:i/>
          <w:iCs/>
        </w:rPr>
        <w:t xml:space="preserve"> </w:t>
      </w:r>
      <w:r w:rsidR="00185207">
        <w:rPr>
          <w:iCs/>
        </w:rPr>
        <w:t>or i</w:t>
      </w:r>
      <w:r w:rsidR="00751DBB" w:rsidRPr="00C71020">
        <w:rPr>
          <w:iCs/>
        </w:rPr>
        <w:t>nsert supporting material here]</w:t>
      </w:r>
    </w:p>
    <w:p w14:paraId="7856C8B6" w14:textId="77777777" w:rsidR="00622AE6" w:rsidRPr="004D4DFE" w:rsidRDefault="00751DBB" w:rsidP="00896B1C">
      <w:pPr>
        <w:pStyle w:val="Heading1"/>
      </w:pPr>
      <w:r w:rsidRPr="004D4DFE">
        <w:t>DISCLAIMER</w:t>
      </w:r>
    </w:p>
    <w:p w14:paraId="345ED418" w14:textId="77777777" w:rsidR="00622AE6" w:rsidRDefault="002B0E57">
      <w:pPr>
        <w:pStyle w:val="TemplateInstruction"/>
      </w:pPr>
      <w:r>
        <w:t xml:space="preserve">[Note: </w:t>
      </w:r>
      <w:r w:rsidR="00751DBB">
        <w:t xml:space="preserve">Include this section </w:t>
      </w:r>
      <w:r w:rsidR="00940581">
        <w:t xml:space="preserve">to inform readers </w:t>
      </w:r>
      <w:r w:rsidR="00751DBB">
        <w:t>when</w:t>
      </w:r>
      <w:r>
        <w:t xml:space="preserve"> one or more jurors </w:t>
      </w:r>
      <w:r w:rsidR="00940581">
        <w:t>recused themselves</w:t>
      </w:r>
      <w:r>
        <w:t xml:space="preserve"> from </w:t>
      </w:r>
      <w:r w:rsidR="00940581">
        <w:t xml:space="preserve">participating in </w:t>
      </w:r>
      <w:r>
        <w:t xml:space="preserve">this report. </w:t>
      </w:r>
      <w:r w:rsidR="00751DBB">
        <w:t>Delete this section if no disclaimer is needed. The grand jury should consult its legal advisor regarding the wording and necessity of any disclaimer.</w:t>
      </w:r>
      <w:r w:rsidR="00D713D3">
        <w:t>]</w:t>
      </w:r>
    </w:p>
    <w:p w14:paraId="34FB7ECD" w14:textId="77777777" w:rsidR="00F94F30" w:rsidRDefault="00751DBB" w:rsidP="00F94F30">
      <w:pPr>
        <w:rPr>
          <w:iCs/>
        </w:rPr>
      </w:pPr>
      <w:r w:rsidRPr="00C71020">
        <w:rPr>
          <w:iCs/>
        </w:rPr>
        <w:t>[</w:t>
      </w:r>
      <w:r w:rsidR="006129A5" w:rsidRPr="00453AEE">
        <w:rPr>
          <w:iCs/>
        </w:rPr>
        <w:t>Highlight and type over this line to enter</w:t>
      </w:r>
      <w:r w:rsidR="006129A5" w:rsidRPr="00453AEE">
        <w:rPr>
          <w:i/>
          <w:iCs/>
        </w:rPr>
        <w:t xml:space="preserve"> </w:t>
      </w:r>
      <w:r w:rsidRPr="00C71020">
        <w:rPr>
          <w:iCs/>
        </w:rPr>
        <w:t>disclaimer language</w:t>
      </w:r>
      <w:r w:rsidR="005A359E">
        <w:rPr>
          <w:iCs/>
        </w:rPr>
        <w:t xml:space="preserve"> here</w:t>
      </w:r>
      <w:r w:rsidRPr="00C71020">
        <w:rPr>
          <w:iCs/>
        </w:rPr>
        <w:t>]</w:t>
      </w:r>
    </w:p>
    <w:sectPr w:rsidR="00F94F30" w:rsidSect="00034616">
      <w:headerReference w:type="even" r:id="rId8"/>
      <w:headerReference w:type="default" r:id="rId9"/>
      <w:footerReference w:type="even" r:id="rId10"/>
      <w:footerReference w:type="default" r:id="rId11"/>
      <w:headerReference w:type="first" r:id="rId12"/>
      <w:footerReference w:type="first" r:id="rId13"/>
      <w:pgSz w:w="12240" w:h="15840"/>
      <w:pgMar w:top="1080" w:right="1224" w:bottom="1008"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D9F41" w14:textId="77777777" w:rsidR="00AD3F06" w:rsidRDefault="00AD3F06">
      <w:pPr>
        <w:spacing w:after="0" w:line="240" w:lineRule="auto"/>
      </w:pPr>
      <w:r>
        <w:separator/>
      </w:r>
    </w:p>
  </w:endnote>
  <w:endnote w:type="continuationSeparator" w:id="0">
    <w:p w14:paraId="3093103C" w14:textId="77777777" w:rsidR="00AD3F06" w:rsidRDefault="00AD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FEE4E" w14:textId="77777777" w:rsidR="00EB5895" w:rsidRDefault="00EB5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DC94" w14:textId="77777777" w:rsidR="00622AE6" w:rsidRDefault="00751DBB">
    <w:pPr>
      <w:pStyle w:val="Footer"/>
      <w:jc w:val="center"/>
    </w:pPr>
    <w:r>
      <w:rPr>
        <w:sz w:val="20"/>
      </w:rPr>
      <w:t xml:space="preserve">Page </w:t>
    </w:r>
    <w:r>
      <w:fldChar w:fldCharType="begin"/>
    </w:r>
    <w:r>
      <w:instrText>PAGE</w:instrText>
    </w:r>
    <w:r>
      <w:fldChar w:fldCharType="separate"/>
    </w:r>
    <w:r w:rsidR="00F94F30">
      <w:rPr>
        <w:noProof/>
      </w:rPr>
      <w:t>1</w:t>
    </w:r>
    <w:r>
      <w:fldChar w:fldCharType="end"/>
    </w:r>
    <w:r>
      <w:rPr>
        <w:sz w:val="20"/>
      </w:rPr>
      <w:t xml:space="preserve"> of </w:t>
    </w:r>
    <w:r>
      <w:fldChar w:fldCharType="begin"/>
    </w:r>
    <w:r>
      <w:instrText>NUMPAGES</w:instrText>
    </w:r>
    <w:r>
      <w:fldChar w:fldCharType="separate"/>
    </w:r>
    <w:r w:rsidR="00F94F3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720E" w14:textId="77777777" w:rsidR="00EB5895" w:rsidRDefault="00EB5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5E8B0" w14:textId="77777777" w:rsidR="00AD3F06" w:rsidRDefault="00AD3F06">
      <w:pPr>
        <w:spacing w:after="0" w:line="240" w:lineRule="auto"/>
      </w:pPr>
      <w:r>
        <w:separator/>
      </w:r>
    </w:p>
  </w:footnote>
  <w:footnote w:type="continuationSeparator" w:id="0">
    <w:p w14:paraId="4D276805" w14:textId="77777777" w:rsidR="00AD3F06" w:rsidRDefault="00AD3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E72A" w14:textId="77777777" w:rsidR="00EB5895" w:rsidRDefault="00EB5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DFA29" w14:textId="77777777" w:rsidR="00622AE6" w:rsidRDefault="00622AE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EC71" w14:textId="77777777" w:rsidR="00EB5895" w:rsidRDefault="00EB5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F1AA832"/>
    <w:lvl w:ilvl="0">
      <w:start w:val="1"/>
      <w:numFmt w:val="bullet"/>
      <w:pStyle w:val="ListBullet"/>
      <w:lvlText w:val=""/>
      <w:lvlJc w:val="left"/>
      <w:pPr>
        <w:tabs>
          <w:tab w:val="num" w:pos="360"/>
        </w:tabs>
        <w:ind w:left="360" w:hanging="360"/>
      </w:pPr>
      <w:rPr>
        <w:rFonts w:ascii="Symbol" w:hAnsi="Symbol" w:hint="default"/>
      </w:rPr>
    </w:lvl>
  </w:abstractNum>
  <w:num w:numId="1" w16cid:durableId="836044164">
    <w:abstractNumId w:val="8"/>
  </w:num>
  <w:num w:numId="2" w16cid:durableId="897013414">
    <w:abstractNumId w:val="6"/>
  </w:num>
  <w:num w:numId="3" w16cid:durableId="1519854341">
    <w:abstractNumId w:val="5"/>
  </w:num>
  <w:num w:numId="4" w16cid:durableId="1642271917">
    <w:abstractNumId w:val="4"/>
  </w:num>
  <w:num w:numId="5" w16cid:durableId="2134445481">
    <w:abstractNumId w:val="7"/>
  </w:num>
  <w:num w:numId="6" w16cid:durableId="214440326">
    <w:abstractNumId w:val="3"/>
  </w:num>
  <w:num w:numId="7" w16cid:durableId="520241018">
    <w:abstractNumId w:val="2"/>
  </w:num>
  <w:num w:numId="8" w16cid:durableId="407457328">
    <w:abstractNumId w:val="1"/>
  </w:num>
  <w:num w:numId="9" w16cid:durableId="747384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DD"/>
    <w:rsid w:val="00003B7A"/>
    <w:rsid w:val="0000463B"/>
    <w:rsid w:val="00010035"/>
    <w:rsid w:val="0002155F"/>
    <w:rsid w:val="00023ECE"/>
    <w:rsid w:val="00034616"/>
    <w:rsid w:val="00035F5C"/>
    <w:rsid w:val="000414A9"/>
    <w:rsid w:val="00055F31"/>
    <w:rsid w:val="0006063C"/>
    <w:rsid w:val="000608F7"/>
    <w:rsid w:val="00066BD3"/>
    <w:rsid w:val="0007088B"/>
    <w:rsid w:val="0007741E"/>
    <w:rsid w:val="00077D08"/>
    <w:rsid w:val="00094EAB"/>
    <w:rsid w:val="000B7B40"/>
    <w:rsid w:val="000D31E6"/>
    <w:rsid w:val="000E4CBC"/>
    <w:rsid w:val="000F15C2"/>
    <w:rsid w:val="00100A53"/>
    <w:rsid w:val="00101D64"/>
    <w:rsid w:val="0012708E"/>
    <w:rsid w:val="0013377C"/>
    <w:rsid w:val="00133C53"/>
    <w:rsid w:val="0014527F"/>
    <w:rsid w:val="0015074B"/>
    <w:rsid w:val="00156D42"/>
    <w:rsid w:val="0016006D"/>
    <w:rsid w:val="00162A50"/>
    <w:rsid w:val="00167C5F"/>
    <w:rsid w:val="00177A53"/>
    <w:rsid w:val="00180847"/>
    <w:rsid w:val="00184133"/>
    <w:rsid w:val="00185207"/>
    <w:rsid w:val="00191EE9"/>
    <w:rsid w:val="00195D46"/>
    <w:rsid w:val="001A0254"/>
    <w:rsid w:val="001A3129"/>
    <w:rsid w:val="001A4C9D"/>
    <w:rsid w:val="001B30D3"/>
    <w:rsid w:val="001D0EA7"/>
    <w:rsid w:val="001D210A"/>
    <w:rsid w:val="001D6BC5"/>
    <w:rsid w:val="001D6C80"/>
    <w:rsid w:val="001F3D4B"/>
    <w:rsid w:val="00200447"/>
    <w:rsid w:val="00200A38"/>
    <w:rsid w:val="00202423"/>
    <w:rsid w:val="00215DB5"/>
    <w:rsid w:val="002376ED"/>
    <w:rsid w:val="002430C0"/>
    <w:rsid w:val="0024545F"/>
    <w:rsid w:val="00263DB1"/>
    <w:rsid w:val="00287CC4"/>
    <w:rsid w:val="0029291C"/>
    <w:rsid w:val="002930F4"/>
    <w:rsid w:val="00295FAB"/>
    <w:rsid w:val="0029639D"/>
    <w:rsid w:val="002A1AE5"/>
    <w:rsid w:val="002A1DC6"/>
    <w:rsid w:val="002A432D"/>
    <w:rsid w:val="002A4A5B"/>
    <w:rsid w:val="002B0E57"/>
    <w:rsid w:val="002D55A6"/>
    <w:rsid w:val="002D7246"/>
    <w:rsid w:val="002E2DF9"/>
    <w:rsid w:val="002E3B7D"/>
    <w:rsid w:val="002E53B9"/>
    <w:rsid w:val="00302038"/>
    <w:rsid w:val="00324437"/>
    <w:rsid w:val="00326F90"/>
    <w:rsid w:val="0033075B"/>
    <w:rsid w:val="00333365"/>
    <w:rsid w:val="003350FF"/>
    <w:rsid w:val="00340B66"/>
    <w:rsid w:val="00343315"/>
    <w:rsid w:val="00344F44"/>
    <w:rsid w:val="00355D89"/>
    <w:rsid w:val="00363AEA"/>
    <w:rsid w:val="00367F5F"/>
    <w:rsid w:val="003969C8"/>
    <w:rsid w:val="003A72A6"/>
    <w:rsid w:val="003B4474"/>
    <w:rsid w:val="003B7ACC"/>
    <w:rsid w:val="003B7CAA"/>
    <w:rsid w:val="003D07C8"/>
    <w:rsid w:val="003E4D90"/>
    <w:rsid w:val="003F0F27"/>
    <w:rsid w:val="003F6462"/>
    <w:rsid w:val="00403E33"/>
    <w:rsid w:val="00406556"/>
    <w:rsid w:val="004304E8"/>
    <w:rsid w:val="004360DD"/>
    <w:rsid w:val="004375CB"/>
    <w:rsid w:val="00441222"/>
    <w:rsid w:val="00442984"/>
    <w:rsid w:val="0044781B"/>
    <w:rsid w:val="0047390D"/>
    <w:rsid w:val="004A3557"/>
    <w:rsid w:val="004A45BB"/>
    <w:rsid w:val="004B473C"/>
    <w:rsid w:val="004B6086"/>
    <w:rsid w:val="004B764F"/>
    <w:rsid w:val="004C12CC"/>
    <w:rsid w:val="004C6BE9"/>
    <w:rsid w:val="004D4DFE"/>
    <w:rsid w:val="004D6913"/>
    <w:rsid w:val="004E6C93"/>
    <w:rsid w:val="005013A0"/>
    <w:rsid w:val="00504E4B"/>
    <w:rsid w:val="00511C69"/>
    <w:rsid w:val="00513168"/>
    <w:rsid w:val="005138F4"/>
    <w:rsid w:val="00514AA8"/>
    <w:rsid w:val="00514BB1"/>
    <w:rsid w:val="005159B6"/>
    <w:rsid w:val="00522749"/>
    <w:rsid w:val="00523913"/>
    <w:rsid w:val="00523E38"/>
    <w:rsid w:val="00535AEB"/>
    <w:rsid w:val="00536C47"/>
    <w:rsid w:val="0057397E"/>
    <w:rsid w:val="00585A3C"/>
    <w:rsid w:val="00596A61"/>
    <w:rsid w:val="00596AEA"/>
    <w:rsid w:val="005A359E"/>
    <w:rsid w:val="005A3FAF"/>
    <w:rsid w:val="005A7D99"/>
    <w:rsid w:val="005C012A"/>
    <w:rsid w:val="005C4019"/>
    <w:rsid w:val="005D0935"/>
    <w:rsid w:val="005D52EC"/>
    <w:rsid w:val="005D7ECD"/>
    <w:rsid w:val="005E30C1"/>
    <w:rsid w:val="005E679C"/>
    <w:rsid w:val="0061209D"/>
    <w:rsid w:val="006129A5"/>
    <w:rsid w:val="00620E0D"/>
    <w:rsid w:val="00622AE6"/>
    <w:rsid w:val="00623CDA"/>
    <w:rsid w:val="00627432"/>
    <w:rsid w:val="00633047"/>
    <w:rsid w:val="00633642"/>
    <w:rsid w:val="006349CE"/>
    <w:rsid w:val="006376C3"/>
    <w:rsid w:val="00642EA1"/>
    <w:rsid w:val="00645E0F"/>
    <w:rsid w:val="00652CD6"/>
    <w:rsid w:val="00665C63"/>
    <w:rsid w:val="0066631C"/>
    <w:rsid w:val="00676B52"/>
    <w:rsid w:val="0067749E"/>
    <w:rsid w:val="00677CC7"/>
    <w:rsid w:val="006809BC"/>
    <w:rsid w:val="00683982"/>
    <w:rsid w:val="006859E7"/>
    <w:rsid w:val="006925A2"/>
    <w:rsid w:val="0069727D"/>
    <w:rsid w:val="006A4940"/>
    <w:rsid w:val="006B0A39"/>
    <w:rsid w:val="006C04A1"/>
    <w:rsid w:val="006F535C"/>
    <w:rsid w:val="006F7932"/>
    <w:rsid w:val="00700BCE"/>
    <w:rsid w:val="007074E3"/>
    <w:rsid w:val="00721CCF"/>
    <w:rsid w:val="00723AA0"/>
    <w:rsid w:val="00727E35"/>
    <w:rsid w:val="007411DE"/>
    <w:rsid w:val="00750F90"/>
    <w:rsid w:val="00751DBB"/>
    <w:rsid w:val="007531CB"/>
    <w:rsid w:val="00755E32"/>
    <w:rsid w:val="00762AD2"/>
    <w:rsid w:val="007716C9"/>
    <w:rsid w:val="0077263F"/>
    <w:rsid w:val="00776E5F"/>
    <w:rsid w:val="00790D69"/>
    <w:rsid w:val="00793B05"/>
    <w:rsid w:val="00794054"/>
    <w:rsid w:val="0079495A"/>
    <w:rsid w:val="00797882"/>
    <w:rsid w:val="007A3160"/>
    <w:rsid w:val="007A6BCF"/>
    <w:rsid w:val="007B09CE"/>
    <w:rsid w:val="007B32CC"/>
    <w:rsid w:val="007C0EBE"/>
    <w:rsid w:val="007C31C0"/>
    <w:rsid w:val="007D5904"/>
    <w:rsid w:val="007D693D"/>
    <w:rsid w:val="007E576E"/>
    <w:rsid w:val="007F0521"/>
    <w:rsid w:val="007F6DBD"/>
    <w:rsid w:val="0080227A"/>
    <w:rsid w:val="00806FB1"/>
    <w:rsid w:val="008075DB"/>
    <w:rsid w:val="00810D35"/>
    <w:rsid w:val="00812197"/>
    <w:rsid w:val="00815941"/>
    <w:rsid w:val="0081644C"/>
    <w:rsid w:val="008205A5"/>
    <w:rsid w:val="0082667A"/>
    <w:rsid w:val="00831ED5"/>
    <w:rsid w:val="008352FC"/>
    <w:rsid w:val="008368D5"/>
    <w:rsid w:val="00843A6D"/>
    <w:rsid w:val="00845AEC"/>
    <w:rsid w:val="008473CC"/>
    <w:rsid w:val="00855F37"/>
    <w:rsid w:val="00860EA8"/>
    <w:rsid w:val="00862EF0"/>
    <w:rsid w:val="00864DB2"/>
    <w:rsid w:val="00870DF2"/>
    <w:rsid w:val="008745CB"/>
    <w:rsid w:val="00885060"/>
    <w:rsid w:val="00891A17"/>
    <w:rsid w:val="00894B73"/>
    <w:rsid w:val="00896B1C"/>
    <w:rsid w:val="008A072B"/>
    <w:rsid w:val="008A222C"/>
    <w:rsid w:val="008B5591"/>
    <w:rsid w:val="008B70CF"/>
    <w:rsid w:val="008C3CC7"/>
    <w:rsid w:val="008D0B84"/>
    <w:rsid w:val="008D43AD"/>
    <w:rsid w:val="008D68BE"/>
    <w:rsid w:val="008E34E2"/>
    <w:rsid w:val="008E7ABC"/>
    <w:rsid w:val="008F03E6"/>
    <w:rsid w:val="008F1758"/>
    <w:rsid w:val="008F7ECB"/>
    <w:rsid w:val="0090696C"/>
    <w:rsid w:val="0093018E"/>
    <w:rsid w:val="00940581"/>
    <w:rsid w:val="009450C0"/>
    <w:rsid w:val="00960FF1"/>
    <w:rsid w:val="009744CA"/>
    <w:rsid w:val="00974ACD"/>
    <w:rsid w:val="00975820"/>
    <w:rsid w:val="00981424"/>
    <w:rsid w:val="00983D0B"/>
    <w:rsid w:val="00984D02"/>
    <w:rsid w:val="009A00A5"/>
    <w:rsid w:val="009A178A"/>
    <w:rsid w:val="009A2233"/>
    <w:rsid w:val="009A5332"/>
    <w:rsid w:val="009B7692"/>
    <w:rsid w:val="009C43C3"/>
    <w:rsid w:val="009C5B35"/>
    <w:rsid w:val="009C5E57"/>
    <w:rsid w:val="009D2027"/>
    <w:rsid w:val="009D7954"/>
    <w:rsid w:val="009E3857"/>
    <w:rsid w:val="009F2E40"/>
    <w:rsid w:val="009F33A9"/>
    <w:rsid w:val="00A00634"/>
    <w:rsid w:val="00A1660F"/>
    <w:rsid w:val="00A172E9"/>
    <w:rsid w:val="00A2484E"/>
    <w:rsid w:val="00A30FF6"/>
    <w:rsid w:val="00A31694"/>
    <w:rsid w:val="00A32CEC"/>
    <w:rsid w:val="00A37AE9"/>
    <w:rsid w:val="00A44B45"/>
    <w:rsid w:val="00A527CC"/>
    <w:rsid w:val="00A7162E"/>
    <w:rsid w:val="00A83AB7"/>
    <w:rsid w:val="00A85A64"/>
    <w:rsid w:val="00A97B04"/>
    <w:rsid w:val="00A97D6E"/>
    <w:rsid w:val="00AA0A2B"/>
    <w:rsid w:val="00AA1D8D"/>
    <w:rsid w:val="00AA478A"/>
    <w:rsid w:val="00AB5D4E"/>
    <w:rsid w:val="00AB78D1"/>
    <w:rsid w:val="00AC6546"/>
    <w:rsid w:val="00AD0CA5"/>
    <w:rsid w:val="00AD31BC"/>
    <w:rsid w:val="00AD3F06"/>
    <w:rsid w:val="00AD67FC"/>
    <w:rsid w:val="00AE65D4"/>
    <w:rsid w:val="00B23CBF"/>
    <w:rsid w:val="00B24CAD"/>
    <w:rsid w:val="00B3578F"/>
    <w:rsid w:val="00B35CBE"/>
    <w:rsid w:val="00B361AC"/>
    <w:rsid w:val="00B37A7D"/>
    <w:rsid w:val="00B43C84"/>
    <w:rsid w:val="00B47730"/>
    <w:rsid w:val="00B6017F"/>
    <w:rsid w:val="00B60E9F"/>
    <w:rsid w:val="00B62AE0"/>
    <w:rsid w:val="00B71EE2"/>
    <w:rsid w:val="00B945DF"/>
    <w:rsid w:val="00B94E72"/>
    <w:rsid w:val="00B95AEA"/>
    <w:rsid w:val="00B96320"/>
    <w:rsid w:val="00BA0FEC"/>
    <w:rsid w:val="00BA56E5"/>
    <w:rsid w:val="00BA6E78"/>
    <w:rsid w:val="00BA7408"/>
    <w:rsid w:val="00BB2009"/>
    <w:rsid w:val="00BD7EB1"/>
    <w:rsid w:val="00BE5588"/>
    <w:rsid w:val="00BF07E1"/>
    <w:rsid w:val="00BF0AE3"/>
    <w:rsid w:val="00C00BEB"/>
    <w:rsid w:val="00C02A2B"/>
    <w:rsid w:val="00C120B6"/>
    <w:rsid w:val="00C14DA2"/>
    <w:rsid w:val="00C31574"/>
    <w:rsid w:val="00C40A14"/>
    <w:rsid w:val="00C437E6"/>
    <w:rsid w:val="00C43B5B"/>
    <w:rsid w:val="00C44101"/>
    <w:rsid w:val="00C5116C"/>
    <w:rsid w:val="00C704DB"/>
    <w:rsid w:val="00C71020"/>
    <w:rsid w:val="00C807D6"/>
    <w:rsid w:val="00C871DC"/>
    <w:rsid w:val="00C96AF2"/>
    <w:rsid w:val="00CB0664"/>
    <w:rsid w:val="00CB0959"/>
    <w:rsid w:val="00CB253A"/>
    <w:rsid w:val="00CB2915"/>
    <w:rsid w:val="00CB6B67"/>
    <w:rsid w:val="00CC0A71"/>
    <w:rsid w:val="00CC21D6"/>
    <w:rsid w:val="00CC5015"/>
    <w:rsid w:val="00CD5D01"/>
    <w:rsid w:val="00CD7F0A"/>
    <w:rsid w:val="00CE13B2"/>
    <w:rsid w:val="00CE13D2"/>
    <w:rsid w:val="00CE2750"/>
    <w:rsid w:val="00D10283"/>
    <w:rsid w:val="00D21B41"/>
    <w:rsid w:val="00D54EE9"/>
    <w:rsid w:val="00D64CE4"/>
    <w:rsid w:val="00D65D87"/>
    <w:rsid w:val="00D713D3"/>
    <w:rsid w:val="00D73378"/>
    <w:rsid w:val="00D7361A"/>
    <w:rsid w:val="00D745AA"/>
    <w:rsid w:val="00D76082"/>
    <w:rsid w:val="00D760F5"/>
    <w:rsid w:val="00D77D9F"/>
    <w:rsid w:val="00D90D85"/>
    <w:rsid w:val="00DA1D55"/>
    <w:rsid w:val="00DA4293"/>
    <w:rsid w:val="00DA7382"/>
    <w:rsid w:val="00DB0427"/>
    <w:rsid w:val="00DC2E1B"/>
    <w:rsid w:val="00DC31AD"/>
    <w:rsid w:val="00DE1CD3"/>
    <w:rsid w:val="00DF0C43"/>
    <w:rsid w:val="00DF2FF8"/>
    <w:rsid w:val="00E0564F"/>
    <w:rsid w:val="00E07B14"/>
    <w:rsid w:val="00E101E9"/>
    <w:rsid w:val="00E12879"/>
    <w:rsid w:val="00E34E68"/>
    <w:rsid w:val="00E35FBE"/>
    <w:rsid w:val="00E3618F"/>
    <w:rsid w:val="00E37C77"/>
    <w:rsid w:val="00E40E39"/>
    <w:rsid w:val="00E43816"/>
    <w:rsid w:val="00E47127"/>
    <w:rsid w:val="00E54188"/>
    <w:rsid w:val="00E605D2"/>
    <w:rsid w:val="00E63848"/>
    <w:rsid w:val="00E70D37"/>
    <w:rsid w:val="00E73583"/>
    <w:rsid w:val="00E81918"/>
    <w:rsid w:val="00E875A3"/>
    <w:rsid w:val="00E87E79"/>
    <w:rsid w:val="00E91401"/>
    <w:rsid w:val="00E92F0E"/>
    <w:rsid w:val="00E9575D"/>
    <w:rsid w:val="00E97E56"/>
    <w:rsid w:val="00EA57AB"/>
    <w:rsid w:val="00EB5895"/>
    <w:rsid w:val="00EC0FB5"/>
    <w:rsid w:val="00EC3539"/>
    <w:rsid w:val="00EC5FE8"/>
    <w:rsid w:val="00EC710D"/>
    <w:rsid w:val="00F11542"/>
    <w:rsid w:val="00F26C01"/>
    <w:rsid w:val="00F303F4"/>
    <w:rsid w:val="00F305FD"/>
    <w:rsid w:val="00F32EE2"/>
    <w:rsid w:val="00F35D45"/>
    <w:rsid w:val="00F36062"/>
    <w:rsid w:val="00F420C6"/>
    <w:rsid w:val="00F6338F"/>
    <w:rsid w:val="00F825AD"/>
    <w:rsid w:val="00F85492"/>
    <w:rsid w:val="00F94CAD"/>
    <w:rsid w:val="00F94F30"/>
    <w:rsid w:val="00FC08F4"/>
    <w:rsid w:val="00FC693F"/>
    <w:rsid w:val="00FC79AE"/>
    <w:rsid w:val="00FD412B"/>
    <w:rsid w:val="00FD701F"/>
    <w:rsid w:val="00FE1EDB"/>
    <w:rsid w:val="00FE7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E4786C"/>
  <w14:defaultImageDpi w14:val="300"/>
  <w15:docId w15:val="{D59C9229-F05D-4F41-BA5B-9F38C5902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1E6"/>
    <w:pPr>
      <w:spacing w:after="240" w:line="276" w:lineRule="atLeast"/>
    </w:pPr>
    <w:rPr>
      <w:rFonts w:ascii="Arial" w:eastAsia="Arial" w:hAnsi="Arial" w:cs="Arial"/>
      <w:color w:val="000000"/>
      <w:sz w:val="24"/>
    </w:rPr>
  </w:style>
  <w:style w:type="paragraph" w:styleId="Heading1">
    <w:name w:val="heading 1"/>
    <w:basedOn w:val="Normal"/>
    <w:next w:val="Normal"/>
    <w:link w:val="Heading1Char"/>
    <w:uiPriority w:val="9"/>
    <w:qFormat/>
    <w:rsid w:val="00CC21D6"/>
    <w:pPr>
      <w:keepNext/>
      <w:keepLines/>
      <w:spacing w:before="360" w:after="120" w:line="368" w:lineRule="atLeast"/>
      <w:outlineLvl w:val="0"/>
    </w:pPr>
    <w:rPr>
      <w:rFonts w:eastAsiaTheme="majorEastAsia"/>
      <w:b/>
      <w:bCs/>
      <w:caps/>
      <w:sz w:val="32"/>
      <w:szCs w:val="28"/>
    </w:rPr>
  </w:style>
  <w:style w:type="paragraph" w:styleId="Heading2">
    <w:name w:val="heading 2"/>
    <w:basedOn w:val="Normal"/>
    <w:next w:val="Normal"/>
    <w:link w:val="Heading2Char"/>
    <w:uiPriority w:val="9"/>
    <w:unhideWhenUsed/>
    <w:qFormat/>
    <w:rsid w:val="000D31E6"/>
    <w:pPr>
      <w:keepNext/>
      <w:keepLines/>
      <w:spacing w:before="360" w:line="322" w:lineRule="atLeast"/>
      <w:outlineLvl w:val="1"/>
    </w:pPr>
    <w:rPr>
      <w:rFonts w:ascii="Calibri" w:eastAsiaTheme="majorEastAsia" w:hAnsi="Calibri" w:cs="Calibri"/>
      <w:b/>
      <w:bCs/>
      <w:sz w:val="28"/>
      <w:szCs w:val="26"/>
    </w:rPr>
  </w:style>
  <w:style w:type="paragraph" w:styleId="Heading3">
    <w:name w:val="heading 3"/>
    <w:basedOn w:val="Normal"/>
    <w:next w:val="Normal"/>
    <w:link w:val="Heading3Char"/>
    <w:uiPriority w:val="9"/>
    <w:unhideWhenUsed/>
    <w:qFormat/>
    <w:rsid w:val="00B3578F"/>
    <w:pPr>
      <w:keepNext/>
      <w:keepLines/>
      <w:spacing w:before="360" w:after="120"/>
      <w:outlineLvl w:val="2"/>
    </w:pPr>
    <w:rPr>
      <w:rFonts w:eastAsiaTheme="majorEastAsia"/>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eastAsiaTheme="majorEastAsia" w:hAnsi="Calibri" w:cs="Calibri"/>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eastAsiaTheme="majorEastAsia" w:hAnsi="Calibri" w:cs="Calibri"/>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eastAsiaTheme="majorEastAsia" w:hAnsi="Calibri" w:cs="Calibri"/>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eastAsiaTheme="majorEastAsia" w:hAnsi="Calibri" w:cs="Calibri"/>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line="230" w:lineRule="atLeast"/>
      <w:outlineLvl w:val="7"/>
    </w:pPr>
    <w:rPr>
      <w:rFonts w:ascii="Calibri" w:eastAsiaTheme="majorEastAsia" w:hAnsi="Calibri" w:cs="Calibri"/>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line="230" w:lineRule="atLeast"/>
      <w:outlineLvl w:val="8"/>
    </w:pPr>
    <w:rPr>
      <w:rFonts w:ascii="Calibri" w:eastAsiaTheme="majorEastAsia" w:hAnsi="Calibri" w:cs="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53" w:lineRule="atLeast"/>
    </w:pPr>
    <w:rPr>
      <w:rFonts w:ascii="Cambria" w:hAnsi="Cambria"/>
    </w:rPr>
  </w:style>
  <w:style w:type="character" w:customStyle="1" w:styleId="Heading1Char">
    <w:name w:val="Heading 1 Char"/>
    <w:basedOn w:val="DefaultParagraphFont"/>
    <w:link w:val="Heading1"/>
    <w:uiPriority w:val="9"/>
    <w:rsid w:val="00CC21D6"/>
    <w:rPr>
      <w:rFonts w:ascii="Arial" w:eastAsiaTheme="majorEastAsia" w:hAnsi="Arial" w:cs="Arial"/>
      <w:b/>
      <w:bCs/>
      <w:caps/>
      <w:color w:val="000000"/>
      <w:sz w:val="32"/>
      <w:szCs w:val="28"/>
    </w:rPr>
  </w:style>
  <w:style w:type="character" w:customStyle="1" w:styleId="Heading2Char">
    <w:name w:val="Heading 2 Char"/>
    <w:basedOn w:val="DefaultParagraphFont"/>
    <w:link w:val="Heading2"/>
    <w:uiPriority w:val="9"/>
    <w:rsid w:val="000D31E6"/>
    <w:rPr>
      <w:rFonts w:ascii="Calibri" w:eastAsiaTheme="majorEastAsia" w:hAnsi="Calibri" w:cs="Calibri"/>
      <w:b/>
      <w:bCs/>
      <w:color w:val="000000"/>
      <w:sz w:val="28"/>
      <w:szCs w:val="26"/>
    </w:rPr>
  </w:style>
  <w:style w:type="character" w:customStyle="1" w:styleId="Heading3Char">
    <w:name w:val="Heading 3 Char"/>
    <w:basedOn w:val="DefaultParagraphFont"/>
    <w:link w:val="Heading3"/>
    <w:uiPriority w:val="9"/>
    <w:rsid w:val="00B3578F"/>
    <w:rPr>
      <w:rFonts w:ascii="Arial" w:eastAsiaTheme="majorEastAsia" w:hAnsi="Arial" w:cs="Arial"/>
      <w:b/>
      <w:bCs/>
      <w:color w:val="000000"/>
      <w:sz w:val="24"/>
    </w:rPr>
  </w:style>
  <w:style w:type="paragraph" w:styleId="Title">
    <w:name w:val="Title"/>
    <w:basedOn w:val="Normal"/>
    <w:next w:val="Normal"/>
    <w:link w:val="TitleChar"/>
    <w:uiPriority w:val="10"/>
    <w:qFormat/>
    <w:rsid w:val="005E30C1"/>
    <w:pPr>
      <w:pBdr>
        <w:bottom w:val="single" w:sz="8" w:space="4" w:color="4F81BD" w:themeColor="accent1"/>
      </w:pBdr>
      <w:spacing w:after="300" w:line="598" w:lineRule="atLeast"/>
      <w:contextualSpacing/>
    </w:pPr>
    <w:rPr>
      <w:rFonts w:ascii="Calibri" w:eastAsiaTheme="majorEastAsia" w:hAnsi="Calibri" w:cs="Calibri"/>
      <w:b/>
      <w:spacing w:val="5"/>
      <w:kern w:val="28"/>
      <w:sz w:val="52"/>
      <w:szCs w:val="52"/>
    </w:rPr>
  </w:style>
  <w:style w:type="character" w:customStyle="1" w:styleId="TitleChar">
    <w:name w:val="Title Char"/>
    <w:basedOn w:val="DefaultParagraphFont"/>
    <w:link w:val="Title"/>
    <w:uiPriority w:val="10"/>
    <w:rsid w:val="005E30C1"/>
    <w:rPr>
      <w:rFonts w:ascii="Calibri" w:eastAsiaTheme="majorEastAsia" w:hAnsi="Calibri" w:cs="Calibri"/>
      <w:b/>
      <w:color w:val="000000"/>
      <w:spacing w:val="5"/>
      <w:kern w:val="28"/>
      <w:sz w:val="52"/>
      <w:szCs w:val="52"/>
    </w:rPr>
  </w:style>
  <w:style w:type="paragraph" w:styleId="Subtitle">
    <w:name w:val="Subtitle"/>
    <w:basedOn w:val="Normal"/>
    <w:next w:val="Normal"/>
    <w:link w:val="SubtitleChar"/>
    <w:uiPriority w:val="11"/>
    <w:qFormat/>
    <w:rsid w:val="005E30C1"/>
    <w:pPr>
      <w:numPr>
        <w:ilvl w:val="1"/>
      </w:numPr>
      <w:spacing w:line="345" w:lineRule="atLeast"/>
      <w:jc w:val="center"/>
    </w:pPr>
    <w:rPr>
      <w:rFonts w:eastAsiaTheme="majorEastAsia"/>
      <w:iCs/>
      <w:spacing w:val="15"/>
      <w:sz w:val="30"/>
      <w:szCs w:val="24"/>
    </w:rPr>
  </w:style>
  <w:style w:type="character" w:customStyle="1" w:styleId="SubtitleChar">
    <w:name w:val="Subtitle Char"/>
    <w:basedOn w:val="DefaultParagraphFont"/>
    <w:link w:val="Subtitle"/>
    <w:uiPriority w:val="11"/>
    <w:rsid w:val="005E30C1"/>
    <w:rPr>
      <w:rFonts w:ascii="Arial" w:eastAsiaTheme="majorEastAsia" w:hAnsi="Arial" w:cs="Arial"/>
      <w:iCs/>
      <w:color w:val="000000"/>
      <w:spacing w:val="15"/>
      <w:sz w:val="30"/>
      <w:szCs w:val="24"/>
    </w:rPr>
  </w:style>
  <w:style w:type="paragraph" w:styleId="ListParagraph">
    <w:name w:val="List Paragraph"/>
    <w:basedOn w:val="Normal"/>
    <w:uiPriority w:val="34"/>
    <w:qFormat/>
    <w:rsid w:val="00101D64"/>
    <w:pPr>
      <w:ind w:left="720"/>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qFormat/>
    <w:rsid w:val="00755E32"/>
    <w:pPr>
      <w:numPr>
        <w:numId w:val="1"/>
      </w:numPr>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sz w:val="24"/>
    </w:rPr>
  </w:style>
  <w:style w:type="character" w:customStyle="1" w:styleId="Heading4Char">
    <w:name w:val="Heading 4 Char"/>
    <w:basedOn w:val="DefaultParagraphFont"/>
    <w:link w:val="Heading4"/>
    <w:uiPriority w:val="9"/>
    <w:semiHidden/>
    <w:rsid w:val="00FC693F"/>
    <w:rPr>
      <w:rFonts w:ascii="Calibri" w:eastAsiaTheme="majorEastAsia" w:hAnsi="Calibri" w:cs="Calibri"/>
      <w:b/>
      <w:bCs/>
      <w:i/>
      <w:iCs/>
      <w:color w:val="4F81BD"/>
      <w:sz w:val="24"/>
    </w:rPr>
  </w:style>
  <w:style w:type="character" w:customStyle="1" w:styleId="Heading5Char">
    <w:name w:val="Heading 5 Char"/>
    <w:basedOn w:val="DefaultParagraphFont"/>
    <w:link w:val="Heading5"/>
    <w:uiPriority w:val="9"/>
    <w:semiHidden/>
    <w:rsid w:val="00FC693F"/>
    <w:rPr>
      <w:rFonts w:ascii="Calibri" w:eastAsiaTheme="majorEastAsia" w:hAnsi="Calibri" w:cs="Calibri"/>
      <w:color w:val="243F60"/>
      <w:sz w:val="24"/>
    </w:rPr>
  </w:style>
  <w:style w:type="character" w:customStyle="1" w:styleId="Heading6Char">
    <w:name w:val="Heading 6 Char"/>
    <w:basedOn w:val="DefaultParagraphFont"/>
    <w:link w:val="Heading6"/>
    <w:uiPriority w:val="9"/>
    <w:semiHidden/>
    <w:rsid w:val="00FC693F"/>
    <w:rPr>
      <w:rFonts w:ascii="Calibri" w:eastAsiaTheme="majorEastAsia" w:hAnsi="Calibri" w:cs="Calibri"/>
      <w:i/>
      <w:iCs/>
      <w:color w:val="243F60"/>
      <w:sz w:val="24"/>
    </w:rPr>
  </w:style>
  <w:style w:type="character" w:customStyle="1" w:styleId="Heading7Char">
    <w:name w:val="Heading 7 Char"/>
    <w:basedOn w:val="DefaultParagraphFont"/>
    <w:link w:val="Heading7"/>
    <w:uiPriority w:val="9"/>
    <w:semiHidden/>
    <w:rsid w:val="00FC693F"/>
    <w:rPr>
      <w:rFonts w:ascii="Calibri" w:eastAsiaTheme="majorEastAsia" w:hAnsi="Calibri" w:cs="Calibri"/>
      <w:i/>
      <w:iCs/>
      <w:color w:val="404040"/>
      <w:sz w:val="24"/>
    </w:rPr>
  </w:style>
  <w:style w:type="character" w:customStyle="1" w:styleId="Heading8Char">
    <w:name w:val="Heading 8 Char"/>
    <w:basedOn w:val="DefaultParagraphFont"/>
    <w:link w:val="Heading8"/>
    <w:uiPriority w:val="9"/>
    <w:semiHidden/>
    <w:rsid w:val="00FC693F"/>
    <w:rPr>
      <w:rFonts w:ascii="Calibri" w:eastAsiaTheme="majorEastAsia" w:hAnsi="Calibri" w:cs="Calibri"/>
      <w:color w:val="4F81BD"/>
      <w:sz w:val="20"/>
      <w:szCs w:val="20"/>
    </w:rPr>
  </w:style>
  <w:style w:type="character" w:customStyle="1" w:styleId="Heading9Char">
    <w:name w:val="Heading 9 Char"/>
    <w:basedOn w:val="DefaultParagraphFont"/>
    <w:link w:val="Heading9"/>
    <w:uiPriority w:val="9"/>
    <w:semiHidden/>
    <w:rsid w:val="00FC693F"/>
    <w:rPr>
      <w:rFonts w:ascii="Calibri" w:eastAsiaTheme="majorEastAsia" w:hAnsi="Calibri" w:cs="Calibri"/>
      <w:i/>
      <w:iCs/>
      <w:color w:val="404040"/>
      <w:sz w:val="20"/>
      <w:szCs w:val="20"/>
    </w:rPr>
  </w:style>
  <w:style w:type="paragraph" w:styleId="Caption">
    <w:name w:val="caption"/>
    <w:basedOn w:val="Normal"/>
    <w:next w:val="Normal"/>
    <w:uiPriority w:val="35"/>
    <w:semiHidden/>
    <w:unhideWhenUsed/>
    <w:qFormat/>
    <w:rsid w:val="00FC693F"/>
    <w:pPr>
      <w:spacing w:after="440" w:line="253" w:lineRule="atLeast"/>
    </w:pPr>
    <w:rPr>
      <w:bCs/>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sz w:val="24"/>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nding">
    <w:name w:val="Finding"/>
    <w:rsid w:val="00C00BEB"/>
    <w:pPr>
      <w:spacing w:after="240" w:line="276" w:lineRule="atLeast"/>
      <w:ind w:left="432" w:hanging="432"/>
    </w:pPr>
    <w:rPr>
      <w:rFonts w:ascii="Arial" w:eastAsia="Arial" w:hAnsi="Arial" w:cs="Arial"/>
      <w:color w:val="000000"/>
      <w:sz w:val="24"/>
    </w:rPr>
  </w:style>
  <w:style w:type="paragraph" w:customStyle="1" w:styleId="Recommendation">
    <w:name w:val="Recommendation"/>
    <w:rsid w:val="00C00BEB"/>
    <w:pPr>
      <w:spacing w:after="240" w:line="276" w:lineRule="atLeast"/>
      <w:ind w:left="432" w:hanging="432"/>
    </w:pPr>
    <w:rPr>
      <w:rFonts w:ascii="Arial" w:eastAsia="Arial" w:hAnsi="Arial" w:cs="Arial"/>
      <w:color w:val="000000"/>
      <w:sz w:val="24"/>
    </w:rPr>
  </w:style>
  <w:style w:type="paragraph" w:customStyle="1" w:styleId="TableNote">
    <w:name w:val="Table Note"/>
    <w:rsid w:val="00EC3539"/>
    <w:pPr>
      <w:spacing w:after="440" w:line="276" w:lineRule="atLeast"/>
    </w:pPr>
    <w:rPr>
      <w:rFonts w:ascii="Arial" w:eastAsia="Arial" w:hAnsi="Arial" w:cs="Arial"/>
      <w:i/>
      <w:color w:val="000000"/>
      <w:sz w:val="24"/>
    </w:rPr>
  </w:style>
  <w:style w:type="paragraph" w:customStyle="1" w:styleId="TemplateInstruction">
    <w:name w:val="Template Instruction"/>
    <w:rsid w:val="006925A2"/>
    <w:rPr>
      <w:rFonts w:ascii="Arial" w:eastAsia="Arial" w:hAnsi="Arial" w:cs="Arial"/>
      <w:i/>
      <w:color w:val="4F81BD"/>
      <w:sz w:val="24"/>
    </w:rPr>
  </w:style>
  <w:style w:type="paragraph" w:customStyle="1" w:styleId="ReportMetadata">
    <w:name w:val="Report Metadata"/>
    <w:rPr>
      <w:rFonts w:ascii="Arial" w:eastAsia="Arial" w:hAnsi="Arial" w:cs="Arial"/>
      <w:color w:val="000000"/>
      <w:sz w:val="24"/>
    </w:rPr>
  </w:style>
  <w:style w:type="paragraph" w:customStyle="1" w:styleId="CoverMetadata">
    <w:name w:val="Cover Metadata"/>
    <w:pPr>
      <w:spacing w:line="299" w:lineRule="atLeast"/>
    </w:pPr>
    <w:rPr>
      <w:rFonts w:ascii="Arial" w:eastAsia="Arial" w:hAnsi="Arial" w:cs="Arial"/>
      <w:color w:val="000000"/>
      <w:sz w:val="26"/>
    </w:rPr>
  </w:style>
  <w:style w:type="paragraph" w:customStyle="1" w:styleId="GlossaryTerm">
    <w:name w:val="Glossary Term"/>
    <w:rsid w:val="008368D5"/>
    <w:pPr>
      <w:keepNext/>
      <w:keepLines/>
      <w:spacing w:before="240" w:after="120" w:line="276" w:lineRule="atLeast"/>
    </w:pPr>
    <w:rPr>
      <w:rFonts w:ascii="Arial" w:hAnsi="Arial" w:cs="Arial"/>
      <w:color w:val="000000"/>
      <w:sz w:val="24"/>
    </w:rPr>
  </w:style>
  <w:style w:type="paragraph" w:styleId="TOC1">
    <w:name w:val="toc 1"/>
    <w:basedOn w:val="Normal"/>
    <w:next w:val="Normal"/>
    <w:autoRedefine/>
    <w:uiPriority w:val="39"/>
    <w:unhideWhenUsed/>
    <w:rsid w:val="000E4CBC"/>
    <w:pPr>
      <w:tabs>
        <w:tab w:val="right" w:leader="dot" w:pos="9782"/>
      </w:tabs>
      <w:spacing w:after="100"/>
    </w:pPr>
  </w:style>
  <w:style w:type="paragraph" w:styleId="TOC2">
    <w:name w:val="toc 2"/>
    <w:basedOn w:val="Normal"/>
    <w:next w:val="Normal"/>
    <w:autoRedefine/>
    <w:uiPriority w:val="39"/>
    <w:unhideWhenUsed/>
    <w:rsid w:val="00F94F30"/>
    <w:pPr>
      <w:spacing w:after="100"/>
      <w:ind w:left="240"/>
    </w:pPr>
  </w:style>
  <w:style w:type="paragraph" w:styleId="TOC3">
    <w:name w:val="toc 3"/>
    <w:basedOn w:val="Normal"/>
    <w:next w:val="Normal"/>
    <w:autoRedefine/>
    <w:uiPriority w:val="39"/>
    <w:unhideWhenUsed/>
    <w:rsid w:val="00F94F30"/>
    <w:pPr>
      <w:spacing w:after="100"/>
      <w:ind w:left="480"/>
    </w:pPr>
  </w:style>
  <w:style w:type="character" w:styleId="Hyperlink">
    <w:name w:val="Hyperlink"/>
    <w:basedOn w:val="DefaultParagraphFont"/>
    <w:uiPriority w:val="99"/>
    <w:unhideWhenUsed/>
    <w:rsid w:val="00F94F30"/>
    <w:rPr>
      <w:color w:val="0000FF" w:themeColor="hyperlink"/>
      <w:u w:val="single"/>
    </w:rPr>
  </w:style>
  <w:style w:type="paragraph" w:styleId="Revision">
    <w:name w:val="Revision"/>
    <w:hidden/>
    <w:uiPriority w:val="99"/>
    <w:semiHidden/>
    <w:rsid w:val="00D54EE9"/>
    <w:pPr>
      <w:spacing w:after="0" w:line="240" w:lineRule="auto"/>
    </w:pPr>
    <w:rPr>
      <w:rFonts w:ascii="Arial" w:eastAsia="Arial" w:hAnsi="Arial"/>
      <w:color w:val="000000"/>
      <w:sz w:val="24"/>
    </w:rPr>
  </w:style>
  <w:style w:type="character" w:styleId="UnresolvedMention">
    <w:name w:val="Unresolved Mention"/>
    <w:basedOn w:val="DefaultParagraphFont"/>
    <w:uiPriority w:val="99"/>
    <w:semiHidden/>
    <w:unhideWhenUsed/>
    <w:rsid w:val="00A31694"/>
    <w:rPr>
      <w:color w:val="605E5C"/>
      <w:shd w:val="clear" w:color="auto" w:fill="E1DFDD"/>
    </w:rPr>
  </w:style>
  <w:style w:type="character" w:styleId="CommentReference">
    <w:name w:val="annotation reference"/>
    <w:basedOn w:val="DefaultParagraphFont"/>
    <w:uiPriority w:val="99"/>
    <w:semiHidden/>
    <w:unhideWhenUsed/>
    <w:rsid w:val="009450C0"/>
    <w:rPr>
      <w:sz w:val="16"/>
      <w:szCs w:val="16"/>
    </w:rPr>
  </w:style>
  <w:style w:type="paragraph" w:styleId="CommentText">
    <w:name w:val="annotation text"/>
    <w:basedOn w:val="Normal"/>
    <w:link w:val="CommentTextChar"/>
    <w:uiPriority w:val="99"/>
    <w:unhideWhenUsed/>
    <w:rsid w:val="009450C0"/>
    <w:pPr>
      <w:spacing w:line="240" w:lineRule="auto"/>
    </w:pPr>
    <w:rPr>
      <w:sz w:val="20"/>
      <w:szCs w:val="20"/>
    </w:rPr>
  </w:style>
  <w:style w:type="character" w:customStyle="1" w:styleId="CommentTextChar">
    <w:name w:val="Comment Text Char"/>
    <w:basedOn w:val="DefaultParagraphFont"/>
    <w:link w:val="CommentText"/>
    <w:uiPriority w:val="99"/>
    <w:rsid w:val="009450C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9450C0"/>
    <w:rPr>
      <w:b/>
      <w:bCs/>
    </w:rPr>
  </w:style>
  <w:style w:type="character" w:customStyle="1" w:styleId="CommentSubjectChar">
    <w:name w:val="Comment Subject Char"/>
    <w:basedOn w:val="CommentTextChar"/>
    <w:link w:val="CommentSubject"/>
    <w:uiPriority w:val="99"/>
    <w:semiHidden/>
    <w:rsid w:val="009450C0"/>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ry\CGJA%20Dropbox\Larry%20Herbst\CGJA\Webmaster\New%20Website\Website%20Files\Grand%20Jury%20Resources\Sample%20Documents\Report%20Writing%20Templates%20and%20Forms\CGJA%20Report%20Writing%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CGJA Report Writing Template 2026</Template>
  <TotalTime>2</TotalTime>
  <Pages>6</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Civil Grand Jury Report – Black-on-White WCAG 2.1 AA Template</vt:lpstr>
    </vt:vector>
  </TitlesOfParts>
  <Manager/>
  <Company/>
  <LinksUpToDate>false</LinksUpToDate>
  <CharactersWithSpaces>7984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Grand Jury Report – Black-on-White WCAG 2.1 AA Template</dc:title>
  <dc:subject>Accessible civil grand jury report template</dc:subject>
  <dc:creator>Larry Herbst</dc:creator>
  <cp:keywords>civil grand jury, accessibility, WCAG 2.1 AA, Word, PDF</cp:keywords>
  <dc:description/>
  <cp:lastModifiedBy>Larry Herbst</cp:lastModifiedBy>
  <cp:revision>1</cp:revision>
  <dcterms:created xsi:type="dcterms:W3CDTF">2026-10-11T19:08:00Z</dcterms:created>
  <dcterms:modified xsi:type="dcterms:W3CDTF">2026-10-11T19:10:00Z</dcterms:modified>
  <cp:category/>
</cp:coreProperties>
</file>